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tmp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A38C" w14:textId="024BE224" w:rsidR="00B039A2" w:rsidRPr="00670A12" w:rsidRDefault="00AA3193" w:rsidP="008B1327">
      <w:pPr>
        <w:pStyle w:val="Heading1"/>
        <w:rPr>
          <w:sz w:val="28"/>
          <w:szCs w:val="28"/>
          <w:lang w:val="en-GB"/>
        </w:rPr>
      </w:pPr>
      <w:r w:rsidRPr="00670A12">
        <w:rPr>
          <w:sz w:val="28"/>
          <w:szCs w:val="28"/>
          <w:lang w:val="en-GB"/>
        </w:rPr>
        <w:t>Lothian Centre for Inclusive Living (LCiL)</w:t>
      </w:r>
    </w:p>
    <w:p w14:paraId="106E71E1" w14:textId="5569DCF9" w:rsidR="00AA3193" w:rsidRPr="00670A12" w:rsidRDefault="00AA3193" w:rsidP="008B1327">
      <w:pPr>
        <w:pStyle w:val="Heading1"/>
        <w:rPr>
          <w:sz w:val="28"/>
          <w:szCs w:val="28"/>
          <w:lang w:val="en-GB"/>
        </w:rPr>
      </w:pPr>
      <w:r w:rsidRPr="00670A12">
        <w:rPr>
          <w:sz w:val="28"/>
          <w:szCs w:val="28"/>
          <w:lang w:val="en-GB"/>
        </w:rPr>
        <w:t>Newsletter</w:t>
      </w:r>
    </w:p>
    <w:p w14:paraId="4BC66B59" w14:textId="6EB9801D" w:rsidR="00AA3193" w:rsidRPr="00670A12" w:rsidRDefault="00C91D10" w:rsidP="008B1327">
      <w:pPr>
        <w:pStyle w:val="Heading1"/>
        <w:rPr>
          <w:b w:val="0"/>
          <w:bCs/>
          <w:sz w:val="28"/>
          <w:szCs w:val="28"/>
          <w:lang w:val="en-GB"/>
        </w:rPr>
      </w:pPr>
      <w:r w:rsidRPr="00670A12">
        <w:rPr>
          <w:noProof/>
          <w:sz w:val="28"/>
          <w:szCs w:val="28"/>
          <w:lang w:val="en-GB"/>
        </w:rPr>
        <w:drawing>
          <wp:anchor distT="0" distB="0" distL="114300" distR="114300" simplePos="0" relativeHeight="251610112" behindDoc="0" locked="0" layoutInCell="1" allowOverlap="1" wp14:anchorId="5C82C997" wp14:editId="628F8BBD">
            <wp:simplePos x="0" y="0"/>
            <wp:positionH relativeFrom="column">
              <wp:posOffset>-302260</wp:posOffset>
            </wp:positionH>
            <wp:positionV relativeFrom="paragraph">
              <wp:posOffset>421640</wp:posOffset>
            </wp:positionV>
            <wp:extent cx="5733415" cy="3221355"/>
            <wp:effectExtent l="0" t="0" r="635" b="0"/>
            <wp:wrapTopAndBottom/>
            <wp:docPr id="17077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402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10CB" w:rsidRPr="00670A12">
        <w:rPr>
          <w:sz w:val="28"/>
          <w:szCs w:val="28"/>
          <w:lang w:val="en-GB"/>
        </w:rPr>
        <w:t>Summer</w:t>
      </w:r>
      <w:r w:rsidR="003F10CB" w:rsidRPr="00670A12">
        <w:rPr>
          <w:b w:val="0"/>
          <w:bCs/>
          <w:sz w:val="28"/>
          <w:szCs w:val="28"/>
          <w:lang w:val="en-GB"/>
        </w:rPr>
        <w:t xml:space="preserve"> </w:t>
      </w:r>
      <w:r w:rsidR="003F10CB" w:rsidRPr="00670A12">
        <w:rPr>
          <w:sz w:val="28"/>
          <w:szCs w:val="28"/>
          <w:lang w:val="en-GB"/>
        </w:rPr>
        <w:t>2026</w:t>
      </w:r>
    </w:p>
    <w:p w14:paraId="73D5B4F8" w14:textId="7C128D09" w:rsidR="00BD35B6" w:rsidRPr="00670A12" w:rsidRDefault="00BD35B6" w:rsidP="008B1327">
      <w:pPr>
        <w:rPr>
          <w:lang w:val="en-GB"/>
        </w:rPr>
      </w:pPr>
    </w:p>
    <w:p w14:paraId="5926E115" w14:textId="6013233C" w:rsidR="008B1327" w:rsidRPr="00670A12" w:rsidRDefault="001B7AEE" w:rsidP="00DE32DC">
      <w:pPr>
        <w:rPr>
          <w:lang w:val="en-GB"/>
        </w:rPr>
      </w:pPr>
      <w:r w:rsidRPr="00670A12">
        <w:rPr>
          <w:noProof/>
          <w:lang w:val="en-GB"/>
        </w:rPr>
        <w:drawing>
          <wp:anchor distT="0" distB="0" distL="114300" distR="114300" simplePos="0" relativeHeight="251614208" behindDoc="0" locked="0" layoutInCell="1" allowOverlap="1" wp14:anchorId="2CD01793" wp14:editId="514F336E">
            <wp:simplePos x="0" y="0"/>
            <wp:positionH relativeFrom="margin">
              <wp:posOffset>23495</wp:posOffset>
            </wp:positionH>
            <wp:positionV relativeFrom="paragraph">
              <wp:posOffset>1078865</wp:posOffset>
            </wp:positionV>
            <wp:extent cx="5733415" cy="2518410"/>
            <wp:effectExtent l="0" t="0" r="635" b="0"/>
            <wp:wrapTopAndBottom/>
            <wp:docPr id="410396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96427" name="Picture 410396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88A" w:rsidRPr="00670A12">
        <w:rPr>
          <w:lang w:val="en-GB"/>
        </w:rPr>
        <w:t>LCiL staff at the Self Directed Support Scotland (SDSS) event in Glasgow in March.</w:t>
      </w:r>
    </w:p>
    <w:p w14:paraId="1FCD4FC9" w14:textId="713ABCF2" w:rsidR="00B039A2" w:rsidRPr="00670A12" w:rsidRDefault="00B039A2" w:rsidP="008B1327">
      <w:pPr>
        <w:pStyle w:val="Heading2"/>
        <w:rPr>
          <w:b w:val="0"/>
          <w:bCs/>
          <w:sz w:val="28"/>
          <w:szCs w:val="28"/>
          <w:lang w:val="en-GB"/>
        </w:rPr>
      </w:pP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376514" w:rsidRPr="00670A12" w14:paraId="3BA73473" w14:textId="77777777" w:rsidTr="00C84731">
        <w:tc>
          <w:tcPr>
            <w:tcW w:w="3402" w:type="dxa"/>
            <w:vAlign w:val="center"/>
          </w:tcPr>
          <w:p w14:paraId="368880D6" w14:textId="639D79D4" w:rsidR="00376514" w:rsidRPr="00670A12" w:rsidRDefault="00376514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lastRenderedPageBreak/>
              <w:drawing>
                <wp:inline distT="0" distB="0" distL="0" distR="0" wp14:anchorId="2B5796B4" wp14:editId="3F3A158E">
                  <wp:extent cx="2073216" cy="116490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16" cy="116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0D6A38D" w14:textId="77777777" w:rsidR="00C46F55" w:rsidRPr="00670A12" w:rsidRDefault="009A3F4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Hello and welcome to </w:t>
            </w:r>
            <w:proofErr w:type="spellStart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LCiL’s</w:t>
            </w:r>
            <w:proofErr w:type="spellEnd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summer</w:t>
            </w:r>
            <w:r w:rsidR="002F3DF6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="00C46F55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newsletter.</w:t>
            </w:r>
          </w:p>
          <w:p w14:paraId="5B815293" w14:textId="77777777" w:rsidR="00DB7DC6" w:rsidRPr="00670A12" w:rsidRDefault="00025A13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had an information stall at</w:t>
            </w:r>
            <w:r w:rsidR="00DB7DC6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the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Self Directed Support Scotland</w:t>
            </w:r>
            <w:r w:rsidR="00DB7DC6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(SDSS) event in March.</w:t>
            </w:r>
          </w:p>
          <w:p w14:paraId="2DC36284" w14:textId="56F47722" w:rsidR="0059705A" w:rsidRPr="00670A12" w:rsidRDefault="0059705A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We shared </w:t>
            </w:r>
            <w:r w:rsidR="00644A8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information about </w:t>
            </w:r>
            <w:proofErr w:type="spellStart"/>
            <w:r w:rsidR="00644A8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LCiL’s</w:t>
            </w:r>
            <w:proofErr w:type="spellEnd"/>
            <w:r w:rsidR="00644A8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services and support.</w:t>
            </w:r>
          </w:p>
        </w:tc>
      </w:tr>
      <w:tr w:rsidR="00376514" w:rsidRPr="00670A12" w14:paraId="5837F518" w14:textId="77777777" w:rsidTr="00C84731">
        <w:trPr>
          <w:trHeight w:val="7522"/>
        </w:trPr>
        <w:tc>
          <w:tcPr>
            <w:tcW w:w="3402" w:type="dxa"/>
            <w:vAlign w:val="center"/>
          </w:tcPr>
          <w:p w14:paraId="5194CC97" w14:textId="52D03752" w:rsidR="00376514" w:rsidRPr="00670A12" w:rsidRDefault="008B1327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inline distT="0" distB="0" distL="0" distR="0" wp14:anchorId="17B87E0A" wp14:editId="41593AE9">
                  <wp:extent cx="1905000" cy="1905000"/>
                  <wp:effectExtent l="0" t="0" r="0" b="0"/>
                  <wp:docPr id="11170236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23679" name="Picture 1117023679"/>
                          <pic:cNvPicPr/>
                        </pic:nvPicPr>
                        <pic:blipFill rotWithShape="1">
                          <a:blip r:embed="rId10"/>
                          <a:srcRect l="1672" t="-5550" r="8832" b="-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6889F03" w14:textId="421B52E4" w:rsidR="00376514" w:rsidRPr="00670A12" w:rsidRDefault="0037651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This newsletter will tell you more about:</w:t>
            </w:r>
          </w:p>
          <w:p w14:paraId="3AF014B8" w14:textId="4EC7673C" w:rsidR="00376514" w:rsidRPr="00670A12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Peer Support Groups</w:t>
            </w:r>
          </w:p>
          <w:p w14:paraId="1E1FDF19" w14:textId="2B1FDA31" w:rsidR="0058754B" w:rsidRPr="00670A12" w:rsidRDefault="0058754B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proofErr w:type="spellStart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LCiL’s</w:t>
            </w:r>
            <w:proofErr w:type="spellEnd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new Convenor: Lyn </w:t>
            </w:r>
            <w:proofErr w:type="spellStart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Pornaro</w:t>
            </w:r>
            <w:proofErr w:type="spellEnd"/>
          </w:p>
          <w:p w14:paraId="056D623F" w14:textId="1B6C204D" w:rsidR="00376514" w:rsidRPr="00670A12" w:rsidRDefault="00343A4C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New energy advice service</w:t>
            </w:r>
          </w:p>
          <w:p w14:paraId="0409C37C" w14:textId="0724A7F1" w:rsidR="00343A4C" w:rsidRPr="00670A12" w:rsidRDefault="00343A4C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Omar </w:t>
            </w:r>
            <w:proofErr w:type="spellStart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Haq</w:t>
            </w:r>
            <w:proofErr w:type="spellEnd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goes to Scotland’s Disability Summit</w:t>
            </w:r>
          </w:p>
          <w:p w14:paraId="6267A4DD" w14:textId="320B69DC" w:rsidR="00376514" w:rsidRPr="00670A12" w:rsidRDefault="00343A4C" w:rsidP="00B83B8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Our digital health survey</w:t>
            </w:r>
          </w:p>
          <w:p w14:paraId="33526659" w14:textId="6A764170" w:rsidR="00376514" w:rsidRPr="00670A12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How LCiL can support you</w:t>
            </w:r>
          </w:p>
          <w:p w14:paraId="7907132C" w14:textId="733693C4" w:rsidR="00376514" w:rsidRPr="00670A12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Support us</w:t>
            </w:r>
          </w:p>
          <w:p w14:paraId="54799AE4" w14:textId="1BEDCB9F" w:rsidR="00376514" w:rsidRPr="00670A12" w:rsidRDefault="00376514" w:rsidP="00376514">
            <w:pPr>
              <w:pStyle w:val="EasyReadBody"/>
              <w:numPr>
                <w:ilvl w:val="0"/>
                <w:numId w:val="1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information</w:t>
            </w:r>
          </w:p>
        </w:tc>
      </w:tr>
      <w:tr w:rsidR="008B1327" w:rsidRPr="00670A12" w14:paraId="29C88E71" w14:textId="77777777" w:rsidTr="00C84731">
        <w:tc>
          <w:tcPr>
            <w:tcW w:w="3402" w:type="dxa"/>
            <w:vAlign w:val="center"/>
          </w:tcPr>
          <w:p w14:paraId="34014B5D" w14:textId="3AC28E0D" w:rsidR="008B1327" w:rsidRPr="00670A12" w:rsidRDefault="008B1327" w:rsidP="008B1327">
            <w:pPr>
              <w:rPr>
                <w:noProof/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inline distT="0" distB="0" distL="0" distR="0" wp14:anchorId="54D059F2" wp14:editId="6498C94C">
                  <wp:extent cx="121920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1"/>
                          <a:srcRect l="730" r="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38" cy="122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BCB88CA" w14:textId="5C06C9C1" w:rsidR="008B1327" w:rsidRPr="00670A12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If you have any news you would like to share with us, you can email the Communications team.</w:t>
            </w:r>
          </w:p>
          <w:p w14:paraId="30B4F931" w14:textId="64DF24D6" w:rsidR="008B1327" w:rsidRPr="00670A12" w:rsidRDefault="008B1327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The email is: </w:t>
            </w:r>
            <w:hyperlink r:id="rId12" w:history="1">
              <w:r w:rsidRPr="00670A12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Communications@lothiancil.org.uk</w:t>
              </w:r>
            </w:hyperlink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</w:tc>
      </w:tr>
    </w:tbl>
    <w:p w14:paraId="43C1BE46" w14:textId="7357F625" w:rsidR="00B039A2" w:rsidRPr="00670A12" w:rsidRDefault="0034695D" w:rsidP="008B1327">
      <w:pPr>
        <w:pStyle w:val="Heading2"/>
        <w:rPr>
          <w:bCs/>
          <w:sz w:val="28"/>
          <w:szCs w:val="28"/>
          <w:lang w:val="en-GB"/>
        </w:rPr>
      </w:pPr>
      <w:r w:rsidRPr="00670A12">
        <w:rPr>
          <w:sz w:val="28"/>
          <w:szCs w:val="28"/>
          <w:lang w:val="en-GB"/>
        </w:rPr>
        <w:lastRenderedPageBreak/>
        <w:t>Join</w:t>
      </w:r>
      <w:r w:rsidRPr="00670A12">
        <w:rPr>
          <w:bCs/>
          <w:sz w:val="28"/>
          <w:szCs w:val="28"/>
          <w:lang w:val="en-GB"/>
        </w:rPr>
        <w:t xml:space="preserve"> </w:t>
      </w:r>
      <w:r w:rsidRPr="00670A12">
        <w:rPr>
          <w:sz w:val="28"/>
          <w:szCs w:val="28"/>
          <w:lang w:val="en-GB"/>
        </w:rPr>
        <w:t>our</w:t>
      </w:r>
      <w:r w:rsidRPr="00670A12">
        <w:rPr>
          <w:bCs/>
          <w:sz w:val="28"/>
          <w:szCs w:val="28"/>
          <w:lang w:val="en-GB"/>
        </w:rPr>
        <w:t xml:space="preserve"> </w:t>
      </w:r>
      <w:r w:rsidRPr="00670A12">
        <w:rPr>
          <w:sz w:val="28"/>
          <w:szCs w:val="28"/>
          <w:lang w:val="en-GB"/>
        </w:rPr>
        <w:t>Peer</w:t>
      </w:r>
      <w:r w:rsidRPr="00670A12">
        <w:rPr>
          <w:bCs/>
          <w:sz w:val="28"/>
          <w:szCs w:val="28"/>
          <w:lang w:val="en-GB"/>
        </w:rPr>
        <w:t xml:space="preserve"> </w:t>
      </w:r>
      <w:r w:rsidRPr="00670A12">
        <w:rPr>
          <w:sz w:val="28"/>
          <w:szCs w:val="28"/>
          <w:lang w:val="en-GB"/>
        </w:rPr>
        <w:t>Support</w:t>
      </w:r>
      <w:r w:rsidRPr="00670A12">
        <w:rPr>
          <w:bCs/>
          <w:sz w:val="28"/>
          <w:szCs w:val="28"/>
          <w:lang w:val="en-GB"/>
        </w:rPr>
        <w:t xml:space="preserve"> </w:t>
      </w:r>
      <w:r w:rsidRPr="00670A12">
        <w:rPr>
          <w:sz w:val="28"/>
          <w:szCs w:val="28"/>
          <w:lang w:val="en-GB"/>
        </w:rPr>
        <w:t>Groups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670A12" w14:paraId="057908BE" w14:textId="77777777" w:rsidTr="00C84731">
        <w:tc>
          <w:tcPr>
            <w:tcW w:w="3402" w:type="dxa"/>
            <w:vAlign w:val="center"/>
          </w:tcPr>
          <w:p w14:paraId="4EADDD42" w14:textId="5400FAE1" w:rsidR="00472025" w:rsidRPr="00670A12" w:rsidRDefault="00755B68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inline distT="0" distB="0" distL="0" distR="0" wp14:anchorId="1CC39F82" wp14:editId="403FDCF2">
                  <wp:extent cx="1774372" cy="1697289"/>
                  <wp:effectExtent l="0" t="0" r="0" b="0"/>
                  <wp:docPr id="1486134020" name="Picture 1" descr="A person and person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134020" name="Picture 1" descr="A person and person sitting at a table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74" cy="170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1327" w:rsidRPr="00670A12">
              <w:rPr>
                <w:noProof/>
                <w:lang w:val="en-GB"/>
              </w:rPr>
              <w:drawing>
                <wp:anchor distT="0" distB="0" distL="114300" distR="114300" simplePos="0" relativeHeight="251702272" behindDoc="0" locked="0" layoutInCell="1" allowOverlap="1" wp14:anchorId="3B5E441B" wp14:editId="284FD0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-1311910</wp:posOffset>
                  </wp:positionV>
                  <wp:extent cx="1828800" cy="1663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82586" w14:textId="5B0D310C" w:rsidR="00472025" w:rsidRPr="00670A12" w:rsidRDefault="00472025" w:rsidP="008B1327">
            <w:pPr>
              <w:rPr>
                <w:lang w:val="en-GB"/>
              </w:rPr>
            </w:pPr>
          </w:p>
        </w:tc>
        <w:tc>
          <w:tcPr>
            <w:tcW w:w="6236" w:type="dxa"/>
            <w:vAlign w:val="center"/>
          </w:tcPr>
          <w:p w14:paraId="2D346FDB" w14:textId="76FDB44D" w:rsidR="00B039A2" w:rsidRPr="00670A12" w:rsidRDefault="00376514" w:rsidP="008B1327">
            <w:pPr>
              <w:rPr>
                <w:lang w:val="en-GB"/>
              </w:rPr>
            </w:pPr>
            <w:r w:rsidRPr="00670A12">
              <w:rPr>
                <w:lang w:val="en-GB"/>
              </w:rPr>
              <w:t>Our peer support groups are for anyone looking for support with social care in Edinburgh, East Lothian, Midlothian, West Lothian or online.</w:t>
            </w:r>
          </w:p>
          <w:p w14:paraId="4CBA423F" w14:textId="77777777" w:rsidR="00376514" w:rsidRPr="00670A12" w:rsidRDefault="00376514" w:rsidP="008B1327">
            <w:pPr>
              <w:rPr>
                <w:lang w:val="en-GB"/>
              </w:rPr>
            </w:pPr>
          </w:p>
          <w:p w14:paraId="1FE336D6" w14:textId="4307E213" w:rsidR="00376514" w:rsidRPr="00670A12" w:rsidRDefault="00F17D5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Our peer support groups are free. </w:t>
            </w:r>
          </w:p>
          <w:p w14:paraId="34B44C2B" w14:textId="7AB37F21" w:rsidR="00376514" w:rsidRPr="00670A12" w:rsidRDefault="0037651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We provide tea</w:t>
            </w:r>
            <w:r w:rsidR="00C8473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,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coffee</w:t>
            </w:r>
            <w:r w:rsidR="00C8473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,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and lunch at our peer support groups.</w:t>
            </w:r>
          </w:p>
          <w:p w14:paraId="6A9C33B8" w14:textId="2C85A25C" w:rsidR="00DE32DC" w:rsidRPr="00670A12" w:rsidRDefault="00F17D58" w:rsidP="00DE32DC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You can meet people like you and get advice </w:t>
            </w:r>
            <w:r w:rsidR="0037651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from people who are in similar situations.</w:t>
            </w:r>
          </w:p>
        </w:tc>
      </w:tr>
      <w:tr w:rsidR="00DE32DC" w:rsidRPr="00670A12" w14:paraId="3C89E8DF" w14:textId="77777777" w:rsidTr="00C84731">
        <w:tc>
          <w:tcPr>
            <w:tcW w:w="3402" w:type="dxa"/>
            <w:vAlign w:val="center"/>
          </w:tcPr>
          <w:p w14:paraId="532696D1" w14:textId="67BE063D" w:rsidR="00DE32DC" w:rsidRPr="00670A12" w:rsidRDefault="00DE32DC" w:rsidP="008B1327">
            <w:pPr>
              <w:rPr>
                <w:noProof/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anchor distT="0" distB="0" distL="114300" distR="114300" simplePos="0" relativeHeight="251705344" behindDoc="1" locked="0" layoutInCell="1" allowOverlap="1" wp14:anchorId="504678AB" wp14:editId="675D038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-1798320</wp:posOffset>
                  </wp:positionV>
                  <wp:extent cx="1758315" cy="1799590"/>
                  <wp:effectExtent l="0" t="0" r="0" b="0"/>
                  <wp:wrapSquare wrapText="bothSides"/>
                  <wp:docPr id="1541624032" name="Picture 1" descr="A green and white rectangular card with a q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24032" name="Picture 1" descr="A green and white rectangular card with a qr code&#10;&#10;AI-generated content may be incorrect."/>
                          <pic:cNvPicPr/>
                        </pic:nvPicPr>
                        <pic:blipFill rotWithShape="1">
                          <a:blip r:embed="rId15"/>
                          <a:srcRect l="53160" t="13614" r="6038" b="1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0A12">
              <w:rPr>
                <w:noProof/>
                <w:lang w:val="en-GB"/>
              </w:rPr>
              <w:t xml:space="preserve"> </w:t>
            </w:r>
            <w:r w:rsidRPr="00670A12">
              <w:rPr>
                <w:noProof/>
                <w:lang w:val="en-GB"/>
              </w:rPr>
              <w:drawing>
                <wp:inline distT="0" distB="0" distL="0" distR="0" wp14:anchorId="3F19DE1E" wp14:editId="1A92A305">
                  <wp:extent cx="1881505" cy="1439545"/>
                  <wp:effectExtent l="0" t="0" r="4445" b="8255"/>
                  <wp:docPr id="11325486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548676" name="Picture 11325486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CD867D1" w14:textId="34E27517" w:rsidR="00DE32DC" w:rsidRPr="00670A12" w:rsidRDefault="00DE32DC" w:rsidP="00DE32DC">
            <w:pPr>
              <w:rPr>
                <w:lang w:val="en-GB"/>
              </w:rPr>
            </w:pPr>
            <w:r w:rsidRPr="00670A12">
              <w:rPr>
                <w:lang w:val="en-GB"/>
              </w:rPr>
              <w:t>To find out more and get tickets for the next events, you can:</w:t>
            </w:r>
          </w:p>
          <w:p w14:paraId="09F7868E" w14:textId="77777777" w:rsidR="00DE32DC" w:rsidRPr="00670A12" w:rsidRDefault="00DE32DC" w:rsidP="00DE32DC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670A12">
              <w:rPr>
                <w:lang w:val="en-GB"/>
              </w:rPr>
              <w:t xml:space="preserve">Click on this link: </w:t>
            </w:r>
            <w:hyperlink r:id="rId17" w:history="1">
              <w:r w:rsidRPr="00670A12">
                <w:rPr>
                  <w:rStyle w:val="Hyperlink"/>
                  <w:lang w:val="en-GB"/>
                </w:rPr>
                <w:t>https://www.eventbrite.co.uk/o/lcil-105595301911</w:t>
              </w:r>
            </w:hyperlink>
            <w:r w:rsidRPr="00670A12">
              <w:rPr>
                <w:lang w:val="en-GB"/>
              </w:rPr>
              <w:t xml:space="preserve"> </w:t>
            </w:r>
          </w:p>
          <w:p w14:paraId="46C325F8" w14:textId="1C3074A4" w:rsidR="00DE32DC" w:rsidRPr="00670A12" w:rsidRDefault="00DE32DC" w:rsidP="00DE32DC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670A12">
              <w:rPr>
                <w:lang w:val="en-GB"/>
              </w:rPr>
              <w:t>Scan the QR code</w:t>
            </w:r>
          </w:p>
          <w:p w14:paraId="47946B58" w14:textId="77777777" w:rsidR="00DE32DC" w:rsidRPr="00670A12" w:rsidRDefault="00DE32DC" w:rsidP="00DE32DC">
            <w:pPr>
              <w:rPr>
                <w:lang w:val="en-GB"/>
              </w:rPr>
            </w:pPr>
            <w:r w:rsidRPr="00670A12">
              <w:rPr>
                <w:lang w:val="en-GB"/>
              </w:rPr>
              <w:t>Or</w:t>
            </w:r>
          </w:p>
          <w:p w14:paraId="0A74C3D8" w14:textId="4DC7F4A3" w:rsidR="00DE32DC" w:rsidRPr="00670A12" w:rsidRDefault="00DE32DC" w:rsidP="00DE32DC">
            <w:pPr>
              <w:pStyle w:val="ListParagraph"/>
              <w:numPr>
                <w:ilvl w:val="0"/>
                <w:numId w:val="21"/>
              </w:numPr>
              <w:rPr>
                <w:lang w:val="en-GB"/>
              </w:rPr>
            </w:pPr>
            <w:r w:rsidRPr="00670A12">
              <w:rPr>
                <w:lang w:val="en-GB"/>
              </w:rPr>
              <w:t xml:space="preserve">Email the Peer Support team. Their email is: </w:t>
            </w:r>
            <w:hyperlink r:id="rId18" w:history="1">
              <w:r w:rsidRPr="00670A12">
                <w:rPr>
                  <w:rStyle w:val="Hyperlink"/>
                  <w:lang w:val="en-GB"/>
                </w:rPr>
                <w:t>PSL@lothiancil.org.uk</w:t>
              </w:r>
            </w:hyperlink>
            <w:r w:rsidRPr="00670A12">
              <w:rPr>
                <w:lang w:val="en-GB"/>
              </w:rPr>
              <w:t xml:space="preserve"> </w:t>
            </w:r>
          </w:p>
        </w:tc>
      </w:tr>
    </w:tbl>
    <w:p w14:paraId="11C3E047" w14:textId="77777777" w:rsidR="00086DF8" w:rsidRPr="00086DF8" w:rsidRDefault="00086DF8" w:rsidP="00086DF8">
      <w:pPr>
        <w:rPr>
          <w:lang w:val="en-GB"/>
        </w:rPr>
      </w:pP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670A12" w14:paraId="3B7AD1A9" w14:textId="77777777" w:rsidTr="00C84731">
        <w:tc>
          <w:tcPr>
            <w:tcW w:w="3402" w:type="dxa"/>
            <w:vAlign w:val="center"/>
          </w:tcPr>
          <w:p w14:paraId="62B2D8F1" w14:textId="375EC838" w:rsidR="00B039A2" w:rsidRPr="00670A12" w:rsidRDefault="007E1E24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1D0CECC4" wp14:editId="2FA32DE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-552450</wp:posOffset>
                  </wp:positionV>
                  <wp:extent cx="1718945" cy="1864360"/>
                  <wp:effectExtent l="0" t="0" r="0" b="2540"/>
                  <wp:wrapSquare wrapText="bothSides"/>
                  <wp:docPr id="15146608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60898" name="Picture 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EBDB91" w14:textId="2C6819BE" w:rsidR="00B039A2" w:rsidRPr="00670A12" w:rsidRDefault="00EC5128" w:rsidP="008B1327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728896" behindDoc="0" locked="0" layoutInCell="1" allowOverlap="1" wp14:anchorId="30B06072" wp14:editId="0A0F336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2771775</wp:posOffset>
                  </wp:positionV>
                  <wp:extent cx="1712595" cy="1858645"/>
                  <wp:effectExtent l="0" t="0" r="1905" b="8255"/>
                  <wp:wrapTopAndBottom/>
                  <wp:docPr id="347987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987140" name="Pictur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D58" w:rsidRPr="00670A12">
              <w:rPr>
                <w:noProof/>
                <w:lang w:val="en-GB"/>
              </w:rPr>
              <w:drawing>
                <wp:inline distT="0" distB="0" distL="0" distR="0" wp14:anchorId="190D5C7E" wp14:editId="294B346F">
                  <wp:extent cx="1597823" cy="1597823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23" cy="159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9503C1C" w14:textId="77777777" w:rsidR="00086DF8" w:rsidRDefault="00086DF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</w:p>
          <w:p w14:paraId="564F33E9" w14:textId="02A80152" w:rsidR="00086DF8" w:rsidRPr="00FD7A60" w:rsidRDefault="00E4338F" w:rsidP="00376514">
            <w:pPr>
              <w:pStyle w:val="EasyReadBody"/>
              <w:spacing w:line="360" w:lineRule="auto"/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FD7A60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LCiL welcomes new Convenor: Lyn </w:t>
            </w:r>
            <w:proofErr w:type="spellStart"/>
            <w:r w:rsidRPr="00FD7A60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Pornaro</w:t>
            </w:r>
            <w:proofErr w:type="spellEnd"/>
          </w:p>
          <w:p w14:paraId="7E16A6AB" w14:textId="5EB3A0ED" w:rsidR="00A44C8E" w:rsidRPr="00670A12" w:rsidRDefault="00434D64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LCiL welcomes new Convenor: </w:t>
            </w:r>
            <w:r w:rsidR="00A44C8E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Lyn </w:t>
            </w:r>
            <w:proofErr w:type="spellStart"/>
            <w:r w:rsidR="00A44C8E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Pornaro</w:t>
            </w:r>
            <w:proofErr w:type="spellEnd"/>
            <w:r w:rsidR="00A44C8E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.</w:t>
            </w:r>
          </w:p>
          <w:p w14:paraId="177B3FC7" w14:textId="0E8E7B70" w:rsidR="00A44C8E" w:rsidRPr="00670A12" w:rsidRDefault="00B87FDE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Lyn is</w:t>
            </w:r>
            <w:r w:rsidRPr="00B44F6B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delighted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to take on this new role</w:t>
            </w:r>
            <w:r w:rsidR="0072395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to support the organisation, staff and fellow Trustees.</w:t>
            </w:r>
          </w:p>
          <w:p w14:paraId="658F7FBB" w14:textId="4D240CE3" w:rsidR="00831ABD" w:rsidRPr="00670A12" w:rsidRDefault="00343BE9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is here for you.</w:t>
            </w:r>
            <w:r w:rsidR="00FD5C5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="00774A62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We are here to support disabled people, people with long-term health conditions and older people to live independent and ful</w:t>
            </w:r>
            <w:r w:rsidR="00D71719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filling lives.</w:t>
            </w:r>
          </w:p>
          <w:p w14:paraId="60AD28D0" w14:textId="77777777" w:rsidR="00866848" w:rsidRDefault="0086684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</w:p>
          <w:p w14:paraId="1402BF94" w14:textId="6E038B73" w:rsidR="00831ABD" w:rsidRPr="00670A12" w:rsidRDefault="00831ABD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proofErr w:type="spellStart"/>
            <w:r w:rsidRPr="00670A12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LCiL’s</w:t>
            </w:r>
            <w:proofErr w:type="spellEnd"/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670A12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new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670A12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energy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670A12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advice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670A12">
              <w:rPr>
                <w:rFonts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service</w:t>
            </w:r>
          </w:p>
          <w:p w14:paraId="49DBF2A3" w14:textId="77777777" w:rsidR="00B039A2" w:rsidRDefault="00680832" w:rsidP="008B1327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LCiL has a new, free energy advice and support service.</w:t>
            </w:r>
          </w:p>
          <w:p w14:paraId="5CA3BFB8" w14:textId="10FEDAB3" w:rsidR="00E558DD" w:rsidRDefault="00E558DD" w:rsidP="008B1327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This service is to help you:</w:t>
            </w:r>
          </w:p>
          <w:p w14:paraId="7E399E33" w14:textId="31927EF6" w:rsidR="00E558DD" w:rsidRDefault="008C1057" w:rsidP="00E558DD">
            <w:pPr>
              <w:pStyle w:val="EasyReadBody"/>
              <w:numPr>
                <w:ilvl w:val="0"/>
                <w:numId w:val="21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Reduce energy</w:t>
            </w:r>
          </w:p>
          <w:p w14:paraId="732542BE" w14:textId="59F07A13" w:rsidR="008C1057" w:rsidRDefault="008C1057" w:rsidP="00E558DD">
            <w:pPr>
              <w:pStyle w:val="EasyReadBody"/>
              <w:numPr>
                <w:ilvl w:val="0"/>
                <w:numId w:val="21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Save energy bills and costs</w:t>
            </w:r>
          </w:p>
          <w:p w14:paraId="75C5752E" w14:textId="6A00D887" w:rsidR="008C1057" w:rsidRDefault="008C1057" w:rsidP="00E558DD">
            <w:pPr>
              <w:pStyle w:val="EasyReadBody"/>
              <w:numPr>
                <w:ilvl w:val="0"/>
                <w:numId w:val="21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Access</w:t>
            </w:r>
            <w:r w:rsidR="00EA474D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support</w:t>
            </w:r>
            <w:r w:rsidR="008E4F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and help</w:t>
            </w:r>
          </w:p>
          <w:p w14:paraId="7126EC70" w14:textId="113CC66D" w:rsidR="008E4F12" w:rsidRDefault="008E4F12" w:rsidP="008E4F12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For more information email: </w:t>
            </w:r>
            <w:hyperlink r:id="rId22" w:history="1">
              <w:r w:rsidRPr="008C209E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DAIS@lothiancil.org.uk</w:t>
              </w:r>
            </w:hyperlink>
            <w:r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or call: 0131 475 2350. </w:t>
            </w:r>
          </w:p>
          <w:p w14:paraId="42CFDDBF" w14:textId="00481C1C" w:rsidR="00680832" w:rsidRPr="00670A12" w:rsidRDefault="00680832" w:rsidP="008B1327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14:paraId="3BB2E4E4" w14:textId="34B5EBFC" w:rsidR="00B039A2" w:rsidRPr="00944646" w:rsidRDefault="005669FE" w:rsidP="008B1327">
      <w:pPr>
        <w:pStyle w:val="Heading2"/>
        <w:rPr>
          <w:b w:val="0"/>
          <w:bCs/>
          <w:sz w:val="28"/>
          <w:szCs w:val="28"/>
          <w:lang w:val="en-GB"/>
        </w:rPr>
      </w:pPr>
      <w:r w:rsidRPr="00670A12">
        <w:rPr>
          <w:sz w:val="28"/>
          <w:szCs w:val="28"/>
          <w:lang w:val="en-GB"/>
        </w:rPr>
        <w:lastRenderedPageBreak/>
        <w:t>Omar</w:t>
      </w:r>
      <w:r w:rsidRPr="00670A12">
        <w:rPr>
          <w:b w:val="0"/>
          <w:bCs/>
          <w:sz w:val="28"/>
          <w:szCs w:val="28"/>
          <w:lang w:val="en-GB"/>
        </w:rPr>
        <w:t xml:space="preserve"> </w:t>
      </w:r>
      <w:proofErr w:type="spellStart"/>
      <w:r w:rsidRPr="00670A12">
        <w:rPr>
          <w:sz w:val="28"/>
          <w:szCs w:val="28"/>
          <w:lang w:val="en-GB"/>
        </w:rPr>
        <w:t>Haq</w:t>
      </w:r>
      <w:proofErr w:type="spellEnd"/>
      <w:r w:rsidRPr="00670A12">
        <w:rPr>
          <w:b w:val="0"/>
          <w:bCs/>
          <w:sz w:val="28"/>
          <w:szCs w:val="28"/>
          <w:lang w:val="en-GB"/>
        </w:rPr>
        <w:t xml:space="preserve"> </w:t>
      </w:r>
      <w:r w:rsidR="00FA6F52" w:rsidRPr="00670A12">
        <w:rPr>
          <w:sz w:val="28"/>
          <w:szCs w:val="28"/>
          <w:lang w:val="en-GB"/>
        </w:rPr>
        <w:t>goes</w:t>
      </w:r>
      <w:r w:rsidR="00FA6F52" w:rsidRPr="00670A12">
        <w:rPr>
          <w:b w:val="0"/>
          <w:bCs/>
          <w:sz w:val="28"/>
          <w:szCs w:val="28"/>
          <w:lang w:val="en-GB"/>
        </w:rPr>
        <w:t xml:space="preserve"> </w:t>
      </w:r>
      <w:r w:rsidR="00FA6F52" w:rsidRPr="00670A12">
        <w:rPr>
          <w:sz w:val="28"/>
          <w:szCs w:val="28"/>
          <w:lang w:val="en-GB"/>
        </w:rPr>
        <w:t>to</w:t>
      </w:r>
      <w:r w:rsidR="00FA6F52" w:rsidRPr="00670A12">
        <w:rPr>
          <w:b w:val="0"/>
          <w:bCs/>
          <w:sz w:val="28"/>
          <w:szCs w:val="28"/>
          <w:lang w:val="en-GB"/>
        </w:rPr>
        <w:t xml:space="preserve"> </w:t>
      </w:r>
      <w:r w:rsidR="00FA6F52" w:rsidRPr="00670A12">
        <w:rPr>
          <w:sz w:val="28"/>
          <w:szCs w:val="28"/>
          <w:lang w:val="en-GB"/>
        </w:rPr>
        <w:t>Scotland’s</w:t>
      </w:r>
      <w:r w:rsidR="00FA6F52" w:rsidRPr="00670A12">
        <w:rPr>
          <w:b w:val="0"/>
          <w:bCs/>
          <w:sz w:val="28"/>
          <w:szCs w:val="28"/>
          <w:lang w:val="en-GB"/>
        </w:rPr>
        <w:t xml:space="preserve"> </w:t>
      </w:r>
      <w:r w:rsidR="00FA6F52" w:rsidRPr="00670A12">
        <w:rPr>
          <w:sz w:val="28"/>
          <w:szCs w:val="28"/>
          <w:lang w:val="en-GB"/>
        </w:rPr>
        <w:t>Disability</w:t>
      </w:r>
      <w:r w:rsidR="00FA6F52" w:rsidRPr="00670A12">
        <w:rPr>
          <w:b w:val="0"/>
          <w:bCs/>
          <w:sz w:val="28"/>
          <w:szCs w:val="28"/>
          <w:lang w:val="en-GB"/>
        </w:rPr>
        <w:t xml:space="preserve"> </w:t>
      </w:r>
      <w:r w:rsidR="00FA6F52" w:rsidRPr="00670A12">
        <w:rPr>
          <w:sz w:val="28"/>
          <w:szCs w:val="28"/>
          <w:lang w:val="en-GB"/>
        </w:rPr>
        <w:t>Summit</w:t>
      </w: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670A12" w14:paraId="25BD1248" w14:textId="77777777" w:rsidTr="00C84731">
        <w:tc>
          <w:tcPr>
            <w:tcW w:w="3402" w:type="dxa"/>
            <w:vAlign w:val="center"/>
          </w:tcPr>
          <w:p w14:paraId="18444EAC" w14:textId="77777777" w:rsidR="001F75FB" w:rsidRDefault="001F75FB" w:rsidP="008B1327">
            <w:pPr>
              <w:rPr>
                <w:lang w:val="en-GB"/>
              </w:rPr>
            </w:pPr>
          </w:p>
          <w:p w14:paraId="03A1A98A" w14:textId="28088AC7" w:rsidR="00B039A2" w:rsidRPr="00670A12" w:rsidRDefault="00362925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anchor distT="0" distB="0" distL="114300" distR="114300" simplePos="0" relativeHeight="251703296" behindDoc="0" locked="0" layoutInCell="1" allowOverlap="1" wp14:anchorId="6AB5C2A4" wp14:editId="6E006AC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459740</wp:posOffset>
                  </wp:positionV>
                  <wp:extent cx="1561465" cy="1335405"/>
                  <wp:effectExtent l="0" t="0" r="63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734" w:rsidRPr="00670A12">
              <w:rPr>
                <w:noProof/>
                <w:lang w:val="en-GB"/>
              </w:rPr>
              <w:drawing>
                <wp:anchor distT="0" distB="0" distL="114300" distR="114300" simplePos="0" relativeHeight="251621376" behindDoc="0" locked="0" layoutInCell="1" allowOverlap="1" wp14:anchorId="4FD5081F" wp14:editId="483503AF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-1748155</wp:posOffset>
                  </wp:positionV>
                  <wp:extent cx="1809750" cy="1739265"/>
                  <wp:effectExtent l="0" t="0" r="0" b="0"/>
                  <wp:wrapSquare wrapText="bothSides"/>
                  <wp:docPr id="11711262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26263" name="Picture 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688529C3" w14:textId="3054DE01" w:rsidR="00EF1F21" w:rsidRPr="00670A12" w:rsidRDefault="00933E28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Omar from the peer support team</w:t>
            </w:r>
            <w:r w:rsidR="00435A4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went to</w:t>
            </w:r>
            <w:r w:rsidR="009420E7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Scotland’s Disability Summit at Scottish Parliament</w:t>
            </w:r>
            <w:r w:rsidR="005F7509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in February.</w:t>
            </w:r>
          </w:p>
          <w:p w14:paraId="34752D33" w14:textId="0E53CEFA" w:rsidR="00BF3095" w:rsidRPr="00670A12" w:rsidRDefault="0044391E" w:rsidP="0040516E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It was a</w:t>
            </w:r>
            <w:r w:rsidR="001B12F8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chance to look at the good things that have happened</w:t>
            </w:r>
            <w:r w:rsidR="00862B60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and what changes </w:t>
            </w:r>
            <w:r w:rsidR="00A2646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need to happen</w:t>
            </w:r>
            <w:r w:rsidR="009D7706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to make lives better for</w:t>
            </w:r>
            <w:r w:rsidR="00A2646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disabled people.</w:t>
            </w:r>
          </w:p>
          <w:p w14:paraId="483EA141" w14:textId="3EC23F39" w:rsidR="00362925" w:rsidRPr="00670A12" w:rsidRDefault="00BF3095" w:rsidP="00376514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Main</w:t>
            </w:r>
            <w:r w:rsidR="006B1156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areas talked about were:</w:t>
            </w:r>
            <w:r w:rsidR="00A606B8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voting, education, social care, the social security system</w:t>
            </w:r>
            <w:r w:rsidR="006D4130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and transport for disabled people.</w:t>
            </w:r>
          </w:p>
        </w:tc>
      </w:tr>
      <w:tr w:rsidR="00DE32DC" w:rsidRPr="00670A12" w14:paraId="683A4DF3" w14:textId="77777777" w:rsidTr="00C84731">
        <w:tc>
          <w:tcPr>
            <w:tcW w:w="3402" w:type="dxa"/>
            <w:vAlign w:val="center"/>
          </w:tcPr>
          <w:p w14:paraId="6ABB4E0C" w14:textId="14C08D81" w:rsidR="00DE32DC" w:rsidRPr="00670A12" w:rsidRDefault="00362925" w:rsidP="008B1327">
            <w:pPr>
              <w:rPr>
                <w:noProof/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anchor distT="0" distB="0" distL="114300" distR="114300" simplePos="0" relativeHeight="251721215" behindDoc="0" locked="0" layoutInCell="1" allowOverlap="1" wp14:anchorId="2ADCBA7D" wp14:editId="66FE0A8E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80010</wp:posOffset>
                  </wp:positionV>
                  <wp:extent cx="1017905" cy="1176020"/>
                  <wp:effectExtent l="0" t="0" r="0" b="5080"/>
                  <wp:wrapSquare wrapText="bothSides"/>
                  <wp:docPr id="15004171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417119" name="Picture 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2EAE1A79" w14:textId="0D1F23AB" w:rsidR="00EB3048" w:rsidRPr="00670A12" w:rsidRDefault="002915EE" w:rsidP="00316C88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The Summit closed with the wish that Scottish Parliament </w:t>
            </w:r>
            <w:r w:rsidR="00067864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progress with</w:t>
            </w:r>
            <w:r w:rsidR="00542012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equality and full inclusion</w:t>
            </w:r>
            <w:r w:rsidR="00887E19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for</w:t>
            </w:r>
            <w:r w:rsidR="00FD2B82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="00EB3048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disa</w:t>
            </w:r>
            <w:r w:rsidR="007C0BDD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bled people in Scotland.</w:t>
            </w:r>
          </w:p>
        </w:tc>
      </w:tr>
    </w:tbl>
    <w:p w14:paraId="1AD2832C" w14:textId="623A98E0" w:rsidR="00B039A2" w:rsidRPr="00670A12" w:rsidRDefault="00B039A2" w:rsidP="008B1327">
      <w:pPr>
        <w:pStyle w:val="Heading2"/>
        <w:rPr>
          <w:b w:val="0"/>
          <w:bCs/>
          <w:sz w:val="28"/>
          <w:szCs w:val="28"/>
          <w:lang w:val="en-GB"/>
        </w:rPr>
      </w:pP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3402"/>
        <w:gridCol w:w="6236"/>
      </w:tblGrid>
      <w:tr w:rsidR="00B039A2" w:rsidRPr="00670A12" w14:paraId="41D06E2B" w14:textId="77777777" w:rsidTr="00C84731">
        <w:tc>
          <w:tcPr>
            <w:tcW w:w="3402" w:type="dxa"/>
            <w:vAlign w:val="center"/>
          </w:tcPr>
          <w:p w14:paraId="18FEF006" w14:textId="2D953AF0" w:rsidR="00B039A2" w:rsidRPr="00670A12" w:rsidRDefault="00375650" w:rsidP="008B1327">
            <w:pPr>
              <w:rPr>
                <w:lang w:val="en-GB"/>
              </w:rPr>
            </w:pPr>
            <w:r w:rsidRPr="00670A12"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6F83BB1" wp14:editId="0A2D3147">
                  <wp:simplePos x="0" y="0"/>
                  <wp:positionH relativeFrom="column">
                    <wp:posOffset>-1242060</wp:posOffset>
                  </wp:positionH>
                  <wp:positionV relativeFrom="paragraph">
                    <wp:posOffset>-847090</wp:posOffset>
                  </wp:positionV>
                  <wp:extent cx="1320800" cy="1127760"/>
                  <wp:effectExtent l="0" t="0" r="0" b="0"/>
                  <wp:wrapSquare wrapText="bothSides"/>
                  <wp:docPr id="20307844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7844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E22A2" w14:textId="6CB5406D" w:rsidR="00BD59DF" w:rsidRPr="00670A12" w:rsidRDefault="00BD59DF" w:rsidP="008B1327">
            <w:pPr>
              <w:rPr>
                <w:noProof/>
                <w:lang w:val="en-GB"/>
              </w:rPr>
            </w:pPr>
          </w:p>
          <w:p w14:paraId="074AE323" w14:textId="5102D3E4" w:rsidR="00B039A2" w:rsidRPr="00670A12" w:rsidRDefault="00164A4E" w:rsidP="008B1327">
            <w:pPr>
              <w:rPr>
                <w:lang w:val="en-GB"/>
              </w:rPr>
            </w:pPr>
            <w:r w:rsidRPr="00670A12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28B3354" wp14:editId="618C0B51">
                  <wp:simplePos x="0" y="0"/>
                  <wp:positionH relativeFrom="column">
                    <wp:posOffset>-1488440</wp:posOffset>
                  </wp:positionH>
                  <wp:positionV relativeFrom="paragraph">
                    <wp:posOffset>1401445</wp:posOffset>
                  </wp:positionV>
                  <wp:extent cx="1283970" cy="1283970"/>
                  <wp:effectExtent l="0" t="0" r="0" b="0"/>
                  <wp:wrapSquare wrapText="bothSides"/>
                  <wp:docPr id="971603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60346" name="Picture 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6" w:type="dxa"/>
            <w:vAlign w:val="center"/>
          </w:tcPr>
          <w:p w14:paraId="2D433628" w14:textId="248E1F03" w:rsidR="009A4C2D" w:rsidRPr="009A4C2D" w:rsidRDefault="009A4C2D" w:rsidP="008B1327">
            <w:pPr>
              <w:rPr>
                <w:lang w:val="en-GB"/>
              </w:rPr>
            </w:pPr>
            <w:r>
              <w:rPr>
                <w:b/>
                <w:bCs w:val="0"/>
                <w:lang w:val="en-GB"/>
              </w:rPr>
              <w:t>Our</w:t>
            </w:r>
            <w:r>
              <w:rPr>
                <w:lang w:val="en-GB"/>
              </w:rPr>
              <w:t xml:space="preserve"> </w:t>
            </w:r>
            <w:r>
              <w:rPr>
                <w:b/>
                <w:bCs w:val="0"/>
                <w:lang w:val="en-GB"/>
              </w:rPr>
              <w:t>Digital</w:t>
            </w:r>
            <w:r>
              <w:rPr>
                <w:lang w:val="en-GB"/>
              </w:rPr>
              <w:t xml:space="preserve"> </w:t>
            </w:r>
            <w:r>
              <w:rPr>
                <w:b/>
                <w:bCs w:val="0"/>
                <w:lang w:val="en-GB"/>
              </w:rPr>
              <w:t>Health</w:t>
            </w:r>
            <w:r>
              <w:rPr>
                <w:lang w:val="en-GB"/>
              </w:rPr>
              <w:t xml:space="preserve"> </w:t>
            </w:r>
            <w:r>
              <w:rPr>
                <w:b/>
                <w:bCs w:val="0"/>
                <w:lang w:val="en-GB"/>
              </w:rPr>
              <w:t>Survey</w:t>
            </w:r>
          </w:p>
          <w:p w14:paraId="605D8288" w14:textId="7D07BF4F" w:rsidR="00F81305" w:rsidRPr="00670A12" w:rsidRDefault="007A0676" w:rsidP="008B1327">
            <w:pPr>
              <w:rPr>
                <w:lang w:val="en-GB"/>
              </w:rPr>
            </w:pPr>
            <w:r w:rsidRPr="00670A12">
              <w:rPr>
                <w:lang w:val="en-GB"/>
              </w:rPr>
              <w:t>Two LCiL Volunteers</w:t>
            </w:r>
            <w:r w:rsidR="007D36BC" w:rsidRPr="00670A12">
              <w:rPr>
                <w:lang w:val="en-GB"/>
              </w:rPr>
              <w:t>, Colin and Shawn took part in a digital health survey</w:t>
            </w:r>
            <w:r w:rsidR="008D0409" w:rsidRPr="00670A12">
              <w:rPr>
                <w:lang w:val="en-GB"/>
              </w:rPr>
              <w:t xml:space="preserve"> </w:t>
            </w:r>
            <w:r w:rsidR="008508F4" w:rsidRPr="00670A12">
              <w:rPr>
                <w:lang w:val="en-GB"/>
              </w:rPr>
              <w:t xml:space="preserve">with Charlotte </w:t>
            </w:r>
            <w:proofErr w:type="spellStart"/>
            <w:r w:rsidR="008508F4" w:rsidRPr="00670A12">
              <w:rPr>
                <w:lang w:val="en-GB"/>
              </w:rPr>
              <w:t>Hardacre</w:t>
            </w:r>
            <w:proofErr w:type="spellEnd"/>
            <w:r w:rsidR="008508F4" w:rsidRPr="00670A12">
              <w:rPr>
                <w:lang w:val="en-GB"/>
              </w:rPr>
              <w:t xml:space="preserve"> from Manchester Metropolitan</w:t>
            </w:r>
            <w:r w:rsidR="00F81305" w:rsidRPr="00670A12">
              <w:rPr>
                <w:lang w:val="en-GB"/>
              </w:rPr>
              <w:t xml:space="preserve"> University.</w:t>
            </w:r>
          </w:p>
          <w:p w14:paraId="69266960" w14:textId="202B3084" w:rsidR="005A30E7" w:rsidRPr="00670A12" w:rsidRDefault="00C80A3E" w:rsidP="008B1327">
            <w:pPr>
              <w:rPr>
                <w:lang w:val="en-GB"/>
              </w:rPr>
            </w:pPr>
            <w:r w:rsidRPr="00670A12">
              <w:rPr>
                <w:lang w:val="en-GB"/>
              </w:rPr>
              <w:t>The survey looked at barriers to digital health support and services.</w:t>
            </w:r>
          </w:p>
          <w:p w14:paraId="34B71CB6" w14:textId="3CDC4F20" w:rsidR="006915B8" w:rsidRPr="00670A12" w:rsidRDefault="00451B19" w:rsidP="00BD59DF">
            <w:pPr>
              <w:rPr>
                <w:lang w:val="en-GB"/>
              </w:rPr>
            </w:pPr>
            <w:r w:rsidRPr="00670A12">
              <w:rPr>
                <w:lang w:val="en-GB"/>
              </w:rPr>
              <w:t xml:space="preserve">These included: NHS letters and appointments and </w:t>
            </w:r>
            <w:r w:rsidR="00236705" w:rsidRPr="00670A12">
              <w:rPr>
                <w:lang w:val="en-GB"/>
              </w:rPr>
              <w:t>wellbeing apps.</w:t>
            </w:r>
          </w:p>
          <w:p w14:paraId="2C2A97CE" w14:textId="77777777" w:rsidR="00E22B22" w:rsidRPr="00670A12" w:rsidRDefault="006915B8" w:rsidP="00BD59DF">
            <w:pPr>
              <w:rPr>
                <w:lang w:val="en-GB"/>
              </w:rPr>
            </w:pPr>
            <w:r w:rsidRPr="00670A12">
              <w:rPr>
                <w:lang w:val="en-GB"/>
              </w:rPr>
              <w:t>Colin and Shawn hope this survey will help change digital services for disabled people</w:t>
            </w:r>
            <w:r w:rsidR="00FD4357" w:rsidRPr="00670A12">
              <w:rPr>
                <w:lang w:val="en-GB"/>
              </w:rPr>
              <w:t xml:space="preserve"> and</w:t>
            </w:r>
            <w:r w:rsidR="002A1EC5" w:rsidRPr="00670A12">
              <w:rPr>
                <w:lang w:val="en-GB"/>
              </w:rPr>
              <w:t xml:space="preserve"> </w:t>
            </w:r>
            <w:r w:rsidR="00FD4357" w:rsidRPr="00670A12">
              <w:rPr>
                <w:lang w:val="en-GB"/>
              </w:rPr>
              <w:t>people with learning disabilit</w:t>
            </w:r>
            <w:r w:rsidR="002A1EC5" w:rsidRPr="00670A12">
              <w:rPr>
                <w:lang w:val="en-GB"/>
              </w:rPr>
              <w:t>ies.</w:t>
            </w:r>
          </w:p>
          <w:p w14:paraId="69B0E1B9" w14:textId="40C844ED" w:rsidR="00661355" w:rsidRPr="00670A12" w:rsidRDefault="00661355" w:rsidP="00BD59DF">
            <w:pPr>
              <w:rPr>
                <w:lang w:val="en-GB"/>
              </w:rPr>
            </w:pPr>
            <w:r w:rsidRPr="00670A12">
              <w:rPr>
                <w:lang w:val="en-GB"/>
              </w:rPr>
              <w:t>Find out more</w:t>
            </w:r>
            <w:r w:rsidR="006B7D50" w:rsidRPr="00670A12">
              <w:rPr>
                <w:lang w:val="en-GB"/>
              </w:rPr>
              <w:t xml:space="preserve"> about the survey:</w:t>
            </w:r>
            <w:r w:rsidR="00F50D03" w:rsidRPr="00670A12">
              <w:rPr>
                <w:lang w:val="en-GB"/>
              </w:rPr>
              <w:t xml:space="preserve"> </w:t>
            </w:r>
            <w:hyperlink r:id="rId28" w:history="1">
              <w:r w:rsidR="00F50D03" w:rsidRPr="00670A12">
                <w:rPr>
                  <w:rStyle w:val="Hyperlink"/>
                  <w:lang w:val="en-GB"/>
                </w:rPr>
                <w:t>www.ourdigitalhealth.com</w:t>
              </w:r>
            </w:hyperlink>
          </w:p>
        </w:tc>
      </w:tr>
    </w:tbl>
    <w:p w14:paraId="6F23ACE3" w14:textId="32C0FCE1" w:rsidR="00B039A2" w:rsidRPr="00164A4E" w:rsidRDefault="00B039A2" w:rsidP="008B1327">
      <w:pPr>
        <w:pStyle w:val="Heading2"/>
        <w:rPr>
          <w:b w:val="0"/>
          <w:bCs/>
          <w:sz w:val="28"/>
          <w:szCs w:val="28"/>
          <w:lang w:val="en-GB"/>
        </w:rPr>
      </w:pP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6"/>
      </w:tblGrid>
      <w:tr w:rsidR="005563B9" w:rsidRPr="00670A12" w14:paraId="63541A35" w14:textId="77777777" w:rsidTr="00C84731">
        <w:tc>
          <w:tcPr>
            <w:tcW w:w="3402" w:type="dxa"/>
          </w:tcPr>
          <w:p w14:paraId="3E513105" w14:textId="799AD8F8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lastRenderedPageBreak/>
              <w:drawing>
                <wp:inline distT="0" distB="0" distL="0" distR="0" wp14:anchorId="4482A272" wp14:editId="1B21AB88">
                  <wp:extent cx="1688930" cy="1447800"/>
                  <wp:effectExtent l="0" t="0" r="6985" b="0"/>
                  <wp:docPr id="9156619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61947" name="Picture 9156619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51" cy="147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ABF388F" w14:textId="51E4A027" w:rsidR="00164A4E" w:rsidRPr="00164A4E" w:rsidRDefault="00164A4E" w:rsidP="005563B9">
            <w:pPr>
              <w:rPr>
                <w:b/>
                <w:bCs w:val="0"/>
                <w:lang w:val="en-GB"/>
              </w:rPr>
            </w:pPr>
            <w:r w:rsidRPr="00164A4E">
              <w:rPr>
                <w:b/>
                <w:bCs w:val="0"/>
                <w:lang w:val="en-GB"/>
              </w:rPr>
              <w:t>LCiL Services and how we support people</w:t>
            </w:r>
          </w:p>
          <w:p w14:paraId="518A7DA3" w14:textId="3AE7D410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>T</w:t>
            </w:r>
            <w:r w:rsidR="00C84731" w:rsidRPr="00670A12">
              <w:rPr>
                <w:lang w:val="en-GB"/>
              </w:rPr>
              <w:t>his section is about us at LCiL.</w:t>
            </w:r>
          </w:p>
          <w:p w14:paraId="4BD2715F" w14:textId="03F2A6B0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 xml:space="preserve">We help disabled people, those with long-term health conditions, and older people in Edinburgh and the </w:t>
            </w:r>
            <w:proofErr w:type="spellStart"/>
            <w:r w:rsidRPr="00670A12">
              <w:rPr>
                <w:lang w:val="en-GB"/>
              </w:rPr>
              <w:t>Lothians</w:t>
            </w:r>
            <w:proofErr w:type="spellEnd"/>
            <w:r w:rsidRPr="00670A12">
              <w:rPr>
                <w:lang w:val="en-GB"/>
              </w:rPr>
              <w:t>.</w:t>
            </w:r>
          </w:p>
        </w:tc>
      </w:tr>
      <w:tr w:rsidR="005563B9" w:rsidRPr="00670A12" w14:paraId="1452DA10" w14:textId="77777777" w:rsidTr="00C84731">
        <w:tc>
          <w:tcPr>
            <w:tcW w:w="3402" w:type="dxa"/>
          </w:tcPr>
          <w:p w14:paraId="4E57FB86" w14:textId="03A6A3C0" w:rsidR="005563B9" w:rsidRPr="00670A12" w:rsidRDefault="00C84731" w:rsidP="005563B9">
            <w:pPr>
              <w:rPr>
                <w:noProof/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anchor distT="0" distB="0" distL="114300" distR="114300" simplePos="0" relativeHeight="251727872" behindDoc="0" locked="0" layoutInCell="1" allowOverlap="1" wp14:anchorId="2AE4B087" wp14:editId="04533B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619125</wp:posOffset>
                  </wp:positionV>
                  <wp:extent cx="1828804" cy="1828804"/>
                  <wp:effectExtent l="0" t="0" r="0" b="0"/>
                  <wp:wrapSquare wrapText="bothSides"/>
                  <wp:docPr id="1602309907" name="Picture 18" descr="A group of people standing around a person in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09907" name="Picture 18" descr="A group of people standing around a person in a wheelchair&#10;&#10;AI-generated content may be incorrect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6" w:type="dxa"/>
          </w:tcPr>
          <w:p w14:paraId="32CFBC27" w14:textId="3A444952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>We provide services that support independent living. Our services include:</w:t>
            </w:r>
          </w:p>
          <w:p w14:paraId="7CA3DDEB" w14:textId="77777777" w:rsidR="005563B9" w:rsidRPr="00670A12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670A12">
              <w:rPr>
                <w:lang w:val="en-GB"/>
              </w:rPr>
              <w:t>Peer Support groups</w:t>
            </w:r>
          </w:p>
          <w:p w14:paraId="35858093" w14:textId="77777777" w:rsidR="005563B9" w:rsidRPr="00670A12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670A12">
              <w:rPr>
                <w:lang w:val="en-GB"/>
              </w:rPr>
              <w:t>Payroll Service and Financial Management</w:t>
            </w:r>
          </w:p>
          <w:p w14:paraId="5DA25926" w14:textId="77777777" w:rsidR="005563B9" w:rsidRPr="00670A12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670A12">
              <w:rPr>
                <w:lang w:val="en-GB"/>
              </w:rPr>
              <w:t>Independent Living Support</w:t>
            </w:r>
          </w:p>
          <w:p w14:paraId="205913A1" w14:textId="3842E72A" w:rsidR="005563B9" w:rsidRPr="00670A12" w:rsidRDefault="005563B9" w:rsidP="005563B9">
            <w:pPr>
              <w:pStyle w:val="ListParagraph"/>
              <w:numPr>
                <w:ilvl w:val="0"/>
                <w:numId w:val="26"/>
              </w:numPr>
              <w:rPr>
                <w:lang w:val="en-GB"/>
              </w:rPr>
            </w:pPr>
            <w:r w:rsidRPr="00670A12">
              <w:rPr>
                <w:lang w:val="en-GB"/>
              </w:rPr>
              <w:t>Disability Advice and Information</w:t>
            </w:r>
          </w:p>
        </w:tc>
      </w:tr>
    </w:tbl>
    <w:p w14:paraId="0E4170A1" w14:textId="5E3BE1C5" w:rsidR="005563B9" w:rsidRPr="00A47625" w:rsidRDefault="005563B9" w:rsidP="00C84731">
      <w:pPr>
        <w:pStyle w:val="Heading2"/>
        <w:rPr>
          <w:b w:val="0"/>
          <w:bCs/>
          <w:sz w:val="28"/>
          <w:szCs w:val="28"/>
        </w:rPr>
      </w:pP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6"/>
      </w:tblGrid>
      <w:tr w:rsidR="005563B9" w:rsidRPr="00670A12" w14:paraId="4B40039F" w14:textId="77777777" w:rsidTr="00C84731">
        <w:tc>
          <w:tcPr>
            <w:tcW w:w="3402" w:type="dxa"/>
          </w:tcPr>
          <w:p w14:paraId="2C7E5525" w14:textId="6D2F44BB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lastRenderedPageBreak/>
              <w:drawing>
                <wp:inline distT="0" distB="0" distL="0" distR="0" wp14:anchorId="496CB677" wp14:editId="6AA0C8DF">
                  <wp:extent cx="1800000" cy="2144681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3D109E8C" w14:textId="6EACEAF9" w:rsidR="00A47625" w:rsidRPr="00A47625" w:rsidRDefault="00A47625" w:rsidP="005563B9">
            <w:pPr>
              <w:rPr>
                <w:b/>
                <w:bCs w:val="0"/>
                <w:lang w:val="en-GB"/>
              </w:rPr>
            </w:pPr>
            <w:r w:rsidRPr="00A47625">
              <w:rPr>
                <w:b/>
                <w:bCs w:val="0"/>
                <w:lang w:val="en-GB"/>
              </w:rPr>
              <w:t>Support LCiL and the work we do</w:t>
            </w:r>
          </w:p>
          <w:p w14:paraId="72BE9149" w14:textId="334D71B9" w:rsidR="005563B9" w:rsidRPr="00670A12" w:rsidRDefault="005563B9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>Donations help us to provide services to support people to live independent lives.</w:t>
            </w:r>
          </w:p>
          <w:p w14:paraId="22C513AA" w14:textId="4ADBB34D" w:rsidR="00C84731" w:rsidRPr="00670A12" w:rsidRDefault="005563B9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 xml:space="preserve">If you </w:t>
            </w:r>
            <w:r w:rsidR="00C84731" w:rsidRPr="00670A12">
              <w:rPr>
                <w:lang w:val="en-GB"/>
              </w:rPr>
              <w:t>can</w:t>
            </w:r>
            <w:r w:rsidRPr="00670A12">
              <w:rPr>
                <w:lang w:val="en-GB"/>
              </w:rPr>
              <w:t>, and want to, you can donate</w:t>
            </w:r>
            <w:r w:rsidR="00C84731" w:rsidRPr="00670A12">
              <w:rPr>
                <w:lang w:val="en-GB"/>
              </w:rPr>
              <w:t xml:space="preserve"> to LCiL.</w:t>
            </w:r>
          </w:p>
          <w:p w14:paraId="059549E2" w14:textId="172E73BB" w:rsidR="005563B9" w:rsidRPr="00670A12" w:rsidRDefault="00C84731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 xml:space="preserve">You can donate </w:t>
            </w:r>
            <w:r w:rsidR="005563B9" w:rsidRPr="00670A12">
              <w:rPr>
                <w:lang w:val="en-GB"/>
              </w:rPr>
              <w:t xml:space="preserve">by scanning the QR code or following this link: </w:t>
            </w:r>
            <w:hyperlink r:id="rId32" w:history="1">
              <w:r w:rsidRPr="00670A12">
                <w:rPr>
                  <w:rStyle w:val="Hyperlink"/>
                  <w:lang w:val="en-GB"/>
                </w:rPr>
                <w:t>www.lothiancil.org.uk/make-a-donation/support-us/</w:t>
              </w:r>
            </w:hyperlink>
            <w:r w:rsidRPr="00670A12">
              <w:rPr>
                <w:lang w:val="en-GB"/>
              </w:rPr>
              <w:t xml:space="preserve"> </w:t>
            </w:r>
          </w:p>
        </w:tc>
      </w:tr>
      <w:tr w:rsidR="00C84731" w:rsidRPr="00670A12" w14:paraId="69D57B58" w14:textId="77777777" w:rsidTr="00C84731">
        <w:tc>
          <w:tcPr>
            <w:tcW w:w="3402" w:type="dxa"/>
          </w:tcPr>
          <w:p w14:paraId="186748B0" w14:textId="5127BA2E" w:rsidR="00C84731" w:rsidRPr="00670A12" w:rsidRDefault="00C84731" w:rsidP="005563B9">
            <w:pPr>
              <w:rPr>
                <w:noProof/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inline distT="0" distB="0" distL="0" distR="0" wp14:anchorId="7C1E6381" wp14:editId="34DC422D">
                  <wp:extent cx="1800000" cy="1709243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559C04C6" w14:textId="77777777" w:rsidR="00C84731" w:rsidRPr="00670A12" w:rsidRDefault="00C84731" w:rsidP="005563B9">
            <w:pPr>
              <w:rPr>
                <w:lang w:val="en-GB"/>
              </w:rPr>
            </w:pPr>
            <w:r w:rsidRPr="00670A12">
              <w:rPr>
                <w:lang w:val="en-GB"/>
              </w:rPr>
              <w:t>You can also support us by becoming a member.</w:t>
            </w:r>
          </w:p>
          <w:p w14:paraId="03B0E0BF" w14:textId="77777777" w:rsidR="00C84731" w:rsidRPr="00670A12" w:rsidRDefault="00C84731" w:rsidP="00C84731">
            <w:pPr>
              <w:rPr>
                <w:lang w:val="en-GB"/>
              </w:rPr>
            </w:pPr>
            <w:r w:rsidRPr="00670A12">
              <w:rPr>
                <w:lang w:val="en-GB"/>
              </w:rPr>
              <w:t>We are updating our membership programme.</w:t>
            </w:r>
          </w:p>
          <w:p w14:paraId="4D5C527E" w14:textId="1B517906" w:rsidR="00C84731" w:rsidRPr="00670A12" w:rsidRDefault="00C84731" w:rsidP="00C84731">
            <w:pPr>
              <w:rPr>
                <w:lang w:val="en-GB"/>
              </w:rPr>
            </w:pPr>
            <w:r w:rsidRPr="00670A12">
              <w:rPr>
                <w:lang w:val="en-GB"/>
              </w:rPr>
              <w:t>We will keep you updated in future newsletters and on our website.</w:t>
            </w:r>
          </w:p>
        </w:tc>
      </w:tr>
    </w:tbl>
    <w:p w14:paraId="49027B66" w14:textId="686BD6C8" w:rsidR="00B039A2" w:rsidRPr="00670A12" w:rsidRDefault="00F17D58" w:rsidP="008B1327">
      <w:pPr>
        <w:pStyle w:val="Heading2"/>
        <w:rPr>
          <w:sz w:val="28"/>
          <w:szCs w:val="28"/>
          <w:lang w:val="en-GB"/>
        </w:rPr>
      </w:pPr>
      <w:r w:rsidRPr="00670A12">
        <w:rPr>
          <w:sz w:val="28"/>
          <w:szCs w:val="28"/>
          <w:lang w:val="en-GB"/>
        </w:rPr>
        <w:t>Contact Info</w:t>
      </w:r>
      <w:r w:rsidR="00C84731" w:rsidRPr="00670A12">
        <w:rPr>
          <w:sz w:val="28"/>
          <w:szCs w:val="28"/>
          <w:lang w:val="en-GB"/>
        </w:rPr>
        <w:t>rmation</w:t>
      </w:r>
    </w:p>
    <w:tbl>
      <w:tblPr>
        <w:tblW w:w="9655" w:type="dxa"/>
        <w:tblLayout w:type="fixed"/>
        <w:tblLook w:val="04A0" w:firstRow="1" w:lastRow="0" w:firstColumn="1" w:lastColumn="0" w:noHBand="0" w:noVBand="1"/>
      </w:tblPr>
      <w:tblGrid>
        <w:gridCol w:w="3408"/>
        <w:gridCol w:w="6247"/>
      </w:tblGrid>
      <w:tr w:rsidR="00B039A2" w:rsidRPr="00670A12" w14:paraId="7072F4D8" w14:textId="77777777" w:rsidTr="00C84731">
        <w:trPr>
          <w:trHeight w:val="4275"/>
        </w:trPr>
        <w:tc>
          <w:tcPr>
            <w:tcW w:w="3408" w:type="dxa"/>
            <w:vAlign w:val="center"/>
          </w:tcPr>
          <w:p w14:paraId="0EB38A2D" w14:textId="4029D6F4" w:rsidR="00B039A2" w:rsidRPr="00670A12" w:rsidRDefault="00C84731" w:rsidP="008B1327">
            <w:pPr>
              <w:rPr>
                <w:lang w:val="en-GB"/>
              </w:rPr>
            </w:pPr>
            <w:r w:rsidRPr="00670A12">
              <w:rPr>
                <w:noProof/>
                <w:lang w:val="en-GB"/>
              </w:rPr>
              <w:drawing>
                <wp:inline distT="0" distB="0" distL="0" distR="0" wp14:anchorId="3ABB724B" wp14:editId="6D4ED604">
                  <wp:extent cx="1882775" cy="188277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4"/>
                          <a:srcRect l="40159" t="1261" r="-4383" b="-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88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F8E6C39" w14:textId="64FA756A" w:rsidR="00C84731" w:rsidRPr="00670A12" w:rsidRDefault="00C84731" w:rsidP="00C84731">
            <w:pPr>
              <w:pStyle w:val="EasyReadBody"/>
              <w:spacing w:line="360" w:lineRule="auto"/>
              <w:rPr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You can f</w:t>
            </w:r>
            <w:r w:rsidR="00D0435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ind 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more i</w:t>
            </w:r>
            <w:r w:rsidR="00D04351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nformation about LCiL on our website</w:t>
            </w: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. Scan the QR code or go to this link:</w:t>
            </w:r>
            <w:r w:rsidR="00754EB2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hyperlink r:id="rId35" w:history="1">
              <w:r w:rsidR="00754EB2" w:rsidRPr="00670A12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www.lothiancil.org.uk</w:t>
              </w:r>
            </w:hyperlink>
          </w:p>
          <w:p w14:paraId="5DB4BE2A" w14:textId="013F4DEA" w:rsidR="00C84731" w:rsidRPr="00670A12" w:rsidRDefault="00C84731" w:rsidP="00C84731">
            <w:pPr>
              <w:pStyle w:val="EasyReadBody"/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sz w:val="28"/>
                <w:szCs w:val="28"/>
                <w:lang w:val="en-GB"/>
              </w:rPr>
              <w:t xml:space="preserve">If you want to get in touch: </w:t>
            </w:r>
          </w:p>
          <w:p w14:paraId="1D6A74C2" w14:textId="77777777" w:rsidR="00C84731" w:rsidRPr="00670A12" w:rsidRDefault="00F17D58" w:rsidP="00C84731">
            <w:pPr>
              <w:pStyle w:val="EasyReadBody"/>
              <w:numPr>
                <w:ilvl w:val="0"/>
                <w:numId w:val="27"/>
              </w:numPr>
              <w:spacing w:line="360" w:lineRule="auto"/>
              <w:rPr>
                <w:rFonts w:cs="Arial"/>
                <w:color w:val="000000" w:themeColor="text1"/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Call us on 0131 475 2350</w:t>
            </w:r>
          </w:p>
          <w:p w14:paraId="0D8CDFD0" w14:textId="5F6A1948" w:rsidR="004E483B" w:rsidRPr="00670A12" w:rsidRDefault="00074136" w:rsidP="00C84731">
            <w:pPr>
              <w:pStyle w:val="EasyReadBody"/>
              <w:numPr>
                <w:ilvl w:val="0"/>
                <w:numId w:val="27"/>
              </w:numPr>
              <w:spacing w:line="360" w:lineRule="auto"/>
              <w:rPr>
                <w:sz w:val="28"/>
                <w:szCs w:val="28"/>
                <w:lang w:val="en-GB"/>
              </w:rPr>
            </w:pPr>
            <w:r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>Email</w:t>
            </w:r>
            <w:r w:rsidR="00F17D58" w:rsidRPr="00670A12">
              <w:rPr>
                <w:rFonts w:cs="Arial"/>
                <w:color w:val="000000" w:themeColor="text1"/>
                <w:sz w:val="28"/>
                <w:szCs w:val="28"/>
                <w:lang w:val="en-GB"/>
              </w:rPr>
              <w:t xml:space="preserve"> us at </w:t>
            </w:r>
            <w:hyperlink r:id="rId36" w:history="1">
              <w:r w:rsidR="004E483B" w:rsidRPr="00670A12">
                <w:rPr>
                  <w:rStyle w:val="Hyperlink"/>
                  <w:rFonts w:cs="Arial"/>
                  <w:sz w:val="28"/>
                  <w:szCs w:val="28"/>
                  <w:lang w:val="en-GB"/>
                </w:rPr>
                <w:t>admin@lothiancil.org.uk</w:t>
              </w:r>
            </w:hyperlink>
          </w:p>
        </w:tc>
      </w:tr>
    </w:tbl>
    <w:p w14:paraId="4B4A725F" w14:textId="4E78E504" w:rsidR="00B039A2" w:rsidRPr="00670A12" w:rsidRDefault="00B039A2" w:rsidP="00C84731">
      <w:pPr>
        <w:pStyle w:val="FooterText"/>
        <w:spacing w:line="360" w:lineRule="auto"/>
        <w:jc w:val="left"/>
        <w:rPr>
          <w:rFonts w:cs="Arial"/>
          <w:color w:val="000000" w:themeColor="text1"/>
          <w:sz w:val="28"/>
          <w:szCs w:val="28"/>
          <w:lang w:val="en-GB"/>
        </w:rPr>
      </w:pPr>
    </w:p>
    <w:sectPr w:rsidR="00B039A2" w:rsidRPr="00670A12" w:rsidSect="00034616">
      <w:pgSz w:w="11909" w:h="1683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84A9F" w14:textId="77777777" w:rsidR="00877B53" w:rsidRDefault="00877B53" w:rsidP="0030204C">
      <w:pPr>
        <w:spacing w:before="0" w:after="0" w:line="240" w:lineRule="auto"/>
      </w:pPr>
      <w:r>
        <w:separator/>
      </w:r>
    </w:p>
  </w:endnote>
  <w:endnote w:type="continuationSeparator" w:id="0">
    <w:p w14:paraId="63585C3D" w14:textId="77777777" w:rsidR="00877B53" w:rsidRDefault="00877B53" w:rsidP="003020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EEA2B" w14:textId="77777777" w:rsidR="00877B53" w:rsidRDefault="00877B53" w:rsidP="0030204C">
      <w:pPr>
        <w:spacing w:before="0" w:after="0" w:line="240" w:lineRule="auto"/>
      </w:pPr>
      <w:r>
        <w:separator/>
      </w:r>
    </w:p>
  </w:footnote>
  <w:footnote w:type="continuationSeparator" w:id="0">
    <w:p w14:paraId="5E89F0EE" w14:textId="77777777" w:rsidR="00877B53" w:rsidRDefault="00877B53" w:rsidP="0030204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E938CD"/>
    <w:multiLevelType w:val="hybridMultilevel"/>
    <w:tmpl w:val="951CC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B68B2"/>
    <w:multiLevelType w:val="hybridMultilevel"/>
    <w:tmpl w:val="A0602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05DC0"/>
    <w:multiLevelType w:val="hybridMultilevel"/>
    <w:tmpl w:val="C3A08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30E8E"/>
    <w:multiLevelType w:val="hybridMultilevel"/>
    <w:tmpl w:val="AECA1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8C0704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53421"/>
    <w:multiLevelType w:val="hybridMultilevel"/>
    <w:tmpl w:val="4242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0176"/>
    <w:multiLevelType w:val="hybridMultilevel"/>
    <w:tmpl w:val="69F2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85E5F"/>
    <w:multiLevelType w:val="hybridMultilevel"/>
    <w:tmpl w:val="7D58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E6C38"/>
    <w:multiLevelType w:val="hybridMultilevel"/>
    <w:tmpl w:val="E22A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51635"/>
    <w:multiLevelType w:val="hybridMultilevel"/>
    <w:tmpl w:val="3064F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D59DB"/>
    <w:multiLevelType w:val="hybridMultilevel"/>
    <w:tmpl w:val="DCEAB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B67F7"/>
    <w:multiLevelType w:val="hybridMultilevel"/>
    <w:tmpl w:val="848ED7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EC0822"/>
    <w:multiLevelType w:val="hybridMultilevel"/>
    <w:tmpl w:val="4B4AD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AD828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A8526B"/>
    <w:multiLevelType w:val="hybridMultilevel"/>
    <w:tmpl w:val="292A9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85473"/>
    <w:multiLevelType w:val="hybridMultilevel"/>
    <w:tmpl w:val="2138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E30B2"/>
    <w:multiLevelType w:val="hybridMultilevel"/>
    <w:tmpl w:val="2B2CB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B484B"/>
    <w:multiLevelType w:val="hybridMultilevel"/>
    <w:tmpl w:val="9954A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E1D81"/>
    <w:multiLevelType w:val="hybridMultilevel"/>
    <w:tmpl w:val="2B80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81F53"/>
    <w:multiLevelType w:val="hybridMultilevel"/>
    <w:tmpl w:val="C9D20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A7847"/>
    <w:multiLevelType w:val="hybridMultilevel"/>
    <w:tmpl w:val="10E478D2"/>
    <w:lvl w:ilvl="0" w:tplc="08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8" w15:restartNumberingAfterBreak="0">
    <w:nsid w:val="7CB73F39"/>
    <w:multiLevelType w:val="hybridMultilevel"/>
    <w:tmpl w:val="4B323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576234">
    <w:abstractNumId w:val="8"/>
  </w:num>
  <w:num w:numId="2" w16cid:durableId="340084789">
    <w:abstractNumId w:val="6"/>
  </w:num>
  <w:num w:numId="3" w16cid:durableId="641349070">
    <w:abstractNumId w:val="5"/>
  </w:num>
  <w:num w:numId="4" w16cid:durableId="2059891131">
    <w:abstractNumId w:val="4"/>
  </w:num>
  <w:num w:numId="5" w16cid:durableId="1998654686">
    <w:abstractNumId w:val="7"/>
  </w:num>
  <w:num w:numId="6" w16cid:durableId="2051875314">
    <w:abstractNumId w:val="3"/>
  </w:num>
  <w:num w:numId="7" w16cid:durableId="1716849096">
    <w:abstractNumId w:val="2"/>
  </w:num>
  <w:num w:numId="8" w16cid:durableId="1422144643">
    <w:abstractNumId w:val="1"/>
  </w:num>
  <w:num w:numId="9" w16cid:durableId="1251934812">
    <w:abstractNumId w:val="0"/>
  </w:num>
  <w:num w:numId="10" w16cid:durableId="1591696276">
    <w:abstractNumId w:val="27"/>
  </w:num>
  <w:num w:numId="11" w16cid:durableId="1966043070">
    <w:abstractNumId w:val="13"/>
  </w:num>
  <w:num w:numId="12" w16cid:durableId="126970601">
    <w:abstractNumId w:val="20"/>
  </w:num>
  <w:num w:numId="13" w16cid:durableId="1606038672">
    <w:abstractNumId w:val="17"/>
  </w:num>
  <w:num w:numId="14" w16cid:durableId="1968848763">
    <w:abstractNumId w:val="9"/>
  </w:num>
  <w:num w:numId="15" w16cid:durableId="1883008766">
    <w:abstractNumId w:val="22"/>
  </w:num>
  <w:num w:numId="16" w16cid:durableId="1838962086">
    <w:abstractNumId w:val="28"/>
  </w:num>
  <w:num w:numId="17" w16cid:durableId="1992059000">
    <w:abstractNumId w:val="11"/>
  </w:num>
  <w:num w:numId="18" w16cid:durableId="1365716237">
    <w:abstractNumId w:val="25"/>
  </w:num>
  <w:num w:numId="19" w16cid:durableId="33847435">
    <w:abstractNumId w:val="19"/>
  </w:num>
  <w:num w:numId="20" w16cid:durableId="1939092943">
    <w:abstractNumId w:val="12"/>
  </w:num>
  <w:num w:numId="21" w16cid:durableId="1884706857">
    <w:abstractNumId w:val="23"/>
  </w:num>
  <w:num w:numId="22" w16cid:durableId="184709032">
    <w:abstractNumId w:val="24"/>
  </w:num>
  <w:num w:numId="23" w16cid:durableId="996885824">
    <w:abstractNumId w:val="21"/>
  </w:num>
  <w:num w:numId="24" w16cid:durableId="477576166">
    <w:abstractNumId w:val="15"/>
  </w:num>
  <w:num w:numId="25" w16cid:durableId="1117408205">
    <w:abstractNumId w:val="18"/>
  </w:num>
  <w:num w:numId="26" w16cid:durableId="336232400">
    <w:abstractNumId w:val="14"/>
  </w:num>
  <w:num w:numId="27" w16cid:durableId="896815872">
    <w:abstractNumId w:val="26"/>
  </w:num>
  <w:num w:numId="28" w16cid:durableId="587885328">
    <w:abstractNumId w:val="10"/>
  </w:num>
  <w:num w:numId="29" w16cid:durableId="9803812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132"/>
    <w:rsid w:val="00013B9F"/>
    <w:rsid w:val="00014CBD"/>
    <w:rsid w:val="000224C0"/>
    <w:rsid w:val="00023407"/>
    <w:rsid w:val="000244B6"/>
    <w:rsid w:val="000256FC"/>
    <w:rsid w:val="00025A13"/>
    <w:rsid w:val="00033A9E"/>
    <w:rsid w:val="00034616"/>
    <w:rsid w:val="00035C5B"/>
    <w:rsid w:val="00035D8C"/>
    <w:rsid w:val="00035F7C"/>
    <w:rsid w:val="000365DD"/>
    <w:rsid w:val="000412EA"/>
    <w:rsid w:val="0004177B"/>
    <w:rsid w:val="00045F17"/>
    <w:rsid w:val="00046D4D"/>
    <w:rsid w:val="000545AC"/>
    <w:rsid w:val="00054B54"/>
    <w:rsid w:val="00056B3E"/>
    <w:rsid w:val="00056B89"/>
    <w:rsid w:val="00057B14"/>
    <w:rsid w:val="0006063C"/>
    <w:rsid w:val="000619A2"/>
    <w:rsid w:val="0006247D"/>
    <w:rsid w:val="0006373B"/>
    <w:rsid w:val="000645FC"/>
    <w:rsid w:val="000665A5"/>
    <w:rsid w:val="00067864"/>
    <w:rsid w:val="00070079"/>
    <w:rsid w:val="00070114"/>
    <w:rsid w:val="000719E5"/>
    <w:rsid w:val="00071CD2"/>
    <w:rsid w:val="00072D6A"/>
    <w:rsid w:val="00074136"/>
    <w:rsid w:val="00076B6A"/>
    <w:rsid w:val="00080022"/>
    <w:rsid w:val="00081D25"/>
    <w:rsid w:val="000847D1"/>
    <w:rsid w:val="00086DF8"/>
    <w:rsid w:val="000902A4"/>
    <w:rsid w:val="0009657B"/>
    <w:rsid w:val="000A40D2"/>
    <w:rsid w:val="000A77BA"/>
    <w:rsid w:val="000B11D8"/>
    <w:rsid w:val="000B39E8"/>
    <w:rsid w:val="000C10E3"/>
    <w:rsid w:val="000C2A28"/>
    <w:rsid w:val="000D171B"/>
    <w:rsid w:val="000D3A1B"/>
    <w:rsid w:val="000D3BBA"/>
    <w:rsid w:val="000E06CD"/>
    <w:rsid w:val="000E105E"/>
    <w:rsid w:val="000E21A0"/>
    <w:rsid w:val="000E65DF"/>
    <w:rsid w:val="000E6F0E"/>
    <w:rsid w:val="000F0383"/>
    <w:rsid w:val="000F4358"/>
    <w:rsid w:val="000F5E76"/>
    <w:rsid w:val="00100B93"/>
    <w:rsid w:val="001012A9"/>
    <w:rsid w:val="001044B2"/>
    <w:rsid w:val="0010637C"/>
    <w:rsid w:val="001068A3"/>
    <w:rsid w:val="00106978"/>
    <w:rsid w:val="00110B66"/>
    <w:rsid w:val="00111915"/>
    <w:rsid w:val="00120B01"/>
    <w:rsid w:val="00123297"/>
    <w:rsid w:val="00124B42"/>
    <w:rsid w:val="001256F0"/>
    <w:rsid w:val="001305E4"/>
    <w:rsid w:val="001309C8"/>
    <w:rsid w:val="00135917"/>
    <w:rsid w:val="00141A4A"/>
    <w:rsid w:val="00141A90"/>
    <w:rsid w:val="0014328C"/>
    <w:rsid w:val="0014467D"/>
    <w:rsid w:val="0014712F"/>
    <w:rsid w:val="0015074B"/>
    <w:rsid w:val="00152D40"/>
    <w:rsid w:val="00153553"/>
    <w:rsid w:val="00155EC0"/>
    <w:rsid w:val="00164A4E"/>
    <w:rsid w:val="00183B51"/>
    <w:rsid w:val="00184F76"/>
    <w:rsid w:val="0018733E"/>
    <w:rsid w:val="00194AAB"/>
    <w:rsid w:val="0019644E"/>
    <w:rsid w:val="00196808"/>
    <w:rsid w:val="001A11F5"/>
    <w:rsid w:val="001A76A3"/>
    <w:rsid w:val="001B12F8"/>
    <w:rsid w:val="001B2702"/>
    <w:rsid w:val="001B2872"/>
    <w:rsid w:val="001B41B9"/>
    <w:rsid w:val="001B7AEE"/>
    <w:rsid w:val="001C0CF4"/>
    <w:rsid w:val="001C2218"/>
    <w:rsid w:val="001C2715"/>
    <w:rsid w:val="001C3086"/>
    <w:rsid w:val="001C35C4"/>
    <w:rsid w:val="001C4F4E"/>
    <w:rsid w:val="001D0715"/>
    <w:rsid w:val="001E2A20"/>
    <w:rsid w:val="001E4040"/>
    <w:rsid w:val="001E40EC"/>
    <w:rsid w:val="001E6B0F"/>
    <w:rsid w:val="001F3F2A"/>
    <w:rsid w:val="001F63CA"/>
    <w:rsid w:val="001F75FB"/>
    <w:rsid w:val="00201405"/>
    <w:rsid w:val="00202F53"/>
    <w:rsid w:val="00210B61"/>
    <w:rsid w:val="00210F31"/>
    <w:rsid w:val="0021117A"/>
    <w:rsid w:val="00213871"/>
    <w:rsid w:val="0021484A"/>
    <w:rsid w:val="00214E19"/>
    <w:rsid w:val="0021533F"/>
    <w:rsid w:val="002255FC"/>
    <w:rsid w:val="00227CAF"/>
    <w:rsid w:val="00230E67"/>
    <w:rsid w:val="00236705"/>
    <w:rsid w:val="002439CC"/>
    <w:rsid w:val="00251F89"/>
    <w:rsid w:val="00254461"/>
    <w:rsid w:val="00261195"/>
    <w:rsid w:val="00263450"/>
    <w:rsid w:val="0026473F"/>
    <w:rsid w:val="00270BBE"/>
    <w:rsid w:val="00277B33"/>
    <w:rsid w:val="00277D32"/>
    <w:rsid w:val="00280D3B"/>
    <w:rsid w:val="002915EE"/>
    <w:rsid w:val="0029639D"/>
    <w:rsid w:val="002A1ABE"/>
    <w:rsid w:val="002A1EC5"/>
    <w:rsid w:val="002A3756"/>
    <w:rsid w:val="002A3BD5"/>
    <w:rsid w:val="002A6649"/>
    <w:rsid w:val="002A6BF9"/>
    <w:rsid w:val="002A6FCB"/>
    <w:rsid w:val="002B270D"/>
    <w:rsid w:val="002B3850"/>
    <w:rsid w:val="002C2E06"/>
    <w:rsid w:val="002C3228"/>
    <w:rsid w:val="002C5338"/>
    <w:rsid w:val="002C64D2"/>
    <w:rsid w:val="002C6A6A"/>
    <w:rsid w:val="002D089C"/>
    <w:rsid w:val="002D0F08"/>
    <w:rsid w:val="002D1120"/>
    <w:rsid w:val="002E05E9"/>
    <w:rsid w:val="002E07F9"/>
    <w:rsid w:val="002E1489"/>
    <w:rsid w:val="002E24FE"/>
    <w:rsid w:val="002E47D2"/>
    <w:rsid w:val="002E736F"/>
    <w:rsid w:val="002F371A"/>
    <w:rsid w:val="002F3DF6"/>
    <w:rsid w:val="0030204C"/>
    <w:rsid w:val="00302A1E"/>
    <w:rsid w:val="00310838"/>
    <w:rsid w:val="00316C88"/>
    <w:rsid w:val="003173A4"/>
    <w:rsid w:val="00326F90"/>
    <w:rsid w:val="00327EA3"/>
    <w:rsid w:val="0033393F"/>
    <w:rsid w:val="00343A4C"/>
    <w:rsid w:val="00343BE9"/>
    <w:rsid w:val="0034530D"/>
    <w:rsid w:val="0034695D"/>
    <w:rsid w:val="0035028E"/>
    <w:rsid w:val="00351242"/>
    <w:rsid w:val="00356ED3"/>
    <w:rsid w:val="00362925"/>
    <w:rsid w:val="0037235D"/>
    <w:rsid w:val="003725D9"/>
    <w:rsid w:val="00372F5B"/>
    <w:rsid w:val="00373241"/>
    <w:rsid w:val="00375650"/>
    <w:rsid w:val="00376514"/>
    <w:rsid w:val="00376A4C"/>
    <w:rsid w:val="0038271B"/>
    <w:rsid w:val="0038595C"/>
    <w:rsid w:val="0038605D"/>
    <w:rsid w:val="00387D24"/>
    <w:rsid w:val="0039090A"/>
    <w:rsid w:val="003B07E3"/>
    <w:rsid w:val="003B1F5E"/>
    <w:rsid w:val="003C25EF"/>
    <w:rsid w:val="003D0799"/>
    <w:rsid w:val="003D5670"/>
    <w:rsid w:val="003D5726"/>
    <w:rsid w:val="003E227D"/>
    <w:rsid w:val="003E338A"/>
    <w:rsid w:val="003E3578"/>
    <w:rsid w:val="003E3C8E"/>
    <w:rsid w:val="003E3FBE"/>
    <w:rsid w:val="003F10CB"/>
    <w:rsid w:val="003F6E68"/>
    <w:rsid w:val="00401BC3"/>
    <w:rsid w:val="00403B50"/>
    <w:rsid w:val="00404803"/>
    <w:rsid w:val="00404B43"/>
    <w:rsid w:val="0040516E"/>
    <w:rsid w:val="004059B5"/>
    <w:rsid w:val="0041126F"/>
    <w:rsid w:val="0041439C"/>
    <w:rsid w:val="004145FD"/>
    <w:rsid w:val="0041636A"/>
    <w:rsid w:val="00416E73"/>
    <w:rsid w:val="00422DE3"/>
    <w:rsid w:val="00423F89"/>
    <w:rsid w:val="004304D2"/>
    <w:rsid w:val="00432D94"/>
    <w:rsid w:val="00433F1A"/>
    <w:rsid w:val="00434D64"/>
    <w:rsid w:val="00435A44"/>
    <w:rsid w:val="004363A0"/>
    <w:rsid w:val="00437B7B"/>
    <w:rsid w:val="00440C4E"/>
    <w:rsid w:val="00440F6B"/>
    <w:rsid w:val="0044391E"/>
    <w:rsid w:val="0044726C"/>
    <w:rsid w:val="00450679"/>
    <w:rsid w:val="0045129D"/>
    <w:rsid w:val="00451B19"/>
    <w:rsid w:val="004538F7"/>
    <w:rsid w:val="00465505"/>
    <w:rsid w:val="00471771"/>
    <w:rsid w:val="00471D9C"/>
    <w:rsid w:val="00471F9E"/>
    <w:rsid w:val="00472025"/>
    <w:rsid w:val="00474036"/>
    <w:rsid w:val="00475B31"/>
    <w:rsid w:val="0048597B"/>
    <w:rsid w:val="00486F99"/>
    <w:rsid w:val="004A01FF"/>
    <w:rsid w:val="004A0D0D"/>
    <w:rsid w:val="004A6FA6"/>
    <w:rsid w:val="004B45F9"/>
    <w:rsid w:val="004B4923"/>
    <w:rsid w:val="004B4C38"/>
    <w:rsid w:val="004B5AAE"/>
    <w:rsid w:val="004C13BB"/>
    <w:rsid w:val="004D3D47"/>
    <w:rsid w:val="004D7ADC"/>
    <w:rsid w:val="004E483B"/>
    <w:rsid w:val="004F2C67"/>
    <w:rsid w:val="005001CA"/>
    <w:rsid w:val="00500850"/>
    <w:rsid w:val="00505134"/>
    <w:rsid w:val="005060EB"/>
    <w:rsid w:val="005064D3"/>
    <w:rsid w:val="00510E3A"/>
    <w:rsid w:val="0051112E"/>
    <w:rsid w:val="00520997"/>
    <w:rsid w:val="005212B1"/>
    <w:rsid w:val="00521B59"/>
    <w:rsid w:val="00521F26"/>
    <w:rsid w:val="00542012"/>
    <w:rsid w:val="00546B83"/>
    <w:rsid w:val="0055179C"/>
    <w:rsid w:val="005518CC"/>
    <w:rsid w:val="00553157"/>
    <w:rsid w:val="005531F1"/>
    <w:rsid w:val="00553DC8"/>
    <w:rsid w:val="005563B9"/>
    <w:rsid w:val="0055771C"/>
    <w:rsid w:val="00561251"/>
    <w:rsid w:val="00561F20"/>
    <w:rsid w:val="00564A2C"/>
    <w:rsid w:val="0056506C"/>
    <w:rsid w:val="0056613A"/>
    <w:rsid w:val="005669FE"/>
    <w:rsid w:val="00574C92"/>
    <w:rsid w:val="005758AE"/>
    <w:rsid w:val="00581F0D"/>
    <w:rsid w:val="00582FCE"/>
    <w:rsid w:val="00584792"/>
    <w:rsid w:val="00585531"/>
    <w:rsid w:val="0058754B"/>
    <w:rsid w:val="0059197F"/>
    <w:rsid w:val="005938CE"/>
    <w:rsid w:val="00593FD5"/>
    <w:rsid w:val="005947D5"/>
    <w:rsid w:val="00595356"/>
    <w:rsid w:val="005958B7"/>
    <w:rsid w:val="0059696F"/>
    <w:rsid w:val="0059705A"/>
    <w:rsid w:val="00597452"/>
    <w:rsid w:val="005A30E7"/>
    <w:rsid w:val="005A6734"/>
    <w:rsid w:val="005B38BD"/>
    <w:rsid w:val="005C677A"/>
    <w:rsid w:val="005D13C2"/>
    <w:rsid w:val="005D5295"/>
    <w:rsid w:val="005D5313"/>
    <w:rsid w:val="005E023B"/>
    <w:rsid w:val="005E79D9"/>
    <w:rsid w:val="005F7509"/>
    <w:rsid w:val="00603078"/>
    <w:rsid w:val="006132E6"/>
    <w:rsid w:val="00622396"/>
    <w:rsid w:val="006234C9"/>
    <w:rsid w:val="006237AB"/>
    <w:rsid w:val="00623F43"/>
    <w:rsid w:val="00631C21"/>
    <w:rsid w:val="00634568"/>
    <w:rsid w:val="00634E2D"/>
    <w:rsid w:val="00641823"/>
    <w:rsid w:val="00642574"/>
    <w:rsid w:val="00643985"/>
    <w:rsid w:val="00644A81"/>
    <w:rsid w:val="0064796D"/>
    <w:rsid w:val="00651D2A"/>
    <w:rsid w:val="00652569"/>
    <w:rsid w:val="00653468"/>
    <w:rsid w:val="00656E53"/>
    <w:rsid w:val="0065768B"/>
    <w:rsid w:val="00657F1D"/>
    <w:rsid w:val="00661355"/>
    <w:rsid w:val="00670A12"/>
    <w:rsid w:val="006718BC"/>
    <w:rsid w:val="0068044E"/>
    <w:rsid w:val="006805CD"/>
    <w:rsid w:val="00680832"/>
    <w:rsid w:val="00681283"/>
    <w:rsid w:val="00681668"/>
    <w:rsid w:val="00686290"/>
    <w:rsid w:val="006915B8"/>
    <w:rsid w:val="0069568F"/>
    <w:rsid w:val="0069650C"/>
    <w:rsid w:val="006A3DC5"/>
    <w:rsid w:val="006B1156"/>
    <w:rsid w:val="006B1A24"/>
    <w:rsid w:val="006B3122"/>
    <w:rsid w:val="006B7D50"/>
    <w:rsid w:val="006C07C6"/>
    <w:rsid w:val="006C103D"/>
    <w:rsid w:val="006C593F"/>
    <w:rsid w:val="006D4130"/>
    <w:rsid w:val="006D69CB"/>
    <w:rsid w:val="006E024F"/>
    <w:rsid w:val="006E03C2"/>
    <w:rsid w:val="006E2F14"/>
    <w:rsid w:val="006E4717"/>
    <w:rsid w:val="006F1F4F"/>
    <w:rsid w:val="006F2364"/>
    <w:rsid w:val="0070207F"/>
    <w:rsid w:val="007029D7"/>
    <w:rsid w:val="007070D7"/>
    <w:rsid w:val="007073D5"/>
    <w:rsid w:val="00713846"/>
    <w:rsid w:val="00713E92"/>
    <w:rsid w:val="00716534"/>
    <w:rsid w:val="00716AC9"/>
    <w:rsid w:val="00723952"/>
    <w:rsid w:val="007248A3"/>
    <w:rsid w:val="0072580A"/>
    <w:rsid w:val="00726BFF"/>
    <w:rsid w:val="00730202"/>
    <w:rsid w:val="0073151A"/>
    <w:rsid w:val="0073677D"/>
    <w:rsid w:val="00736B83"/>
    <w:rsid w:val="00737C4C"/>
    <w:rsid w:val="0074033E"/>
    <w:rsid w:val="00740D18"/>
    <w:rsid w:val="007418F5"/>
    <w:rsid w:val="007455EF"/>
    <w:rsid w:val="007457FF"/>
    <w:rsid w:val="007468FD"/>
    <w:rsid w:val="0074740E"/>
    <w:rsid w:val="00754372"/>
    <w:rsid w:val="00754EB2"/>
    <w:rsid w:val="007556B4"/>
    <w:rsid w:val="00755B68"/>
    <w:rsid w:val="00761A61"/>
    <w:rsid w:val="0076200F"/>
    <w:rsid w:val="00763443"/>
    <w:rsid w:val="00763B70"/>
    <w:rsid w:val="00763E48"/>
    <w:rsid w:val="00765D23"/>
    <w:rsid w:val="007732DA"/>
    <w:rsid w:val="00774A62"/>
    <w:rsid w:val="00774A87"/>
    <w:rsid w:val="00780BE6"/>
    <w:rsid w:val="007812BA"/>
    <w:rsid w:val="0078572C"/>
    <w:rsid w:val="007873DB"/>
    <w:rsid w:val="007A017F"/>
    <w:rsid w:val="007A0676"/>
    <w:rsid w:val="007A782D"/>
    <w:rsid w:val="007B08D6"/>
    <w:rsid w:val="007B2B42"/>
    <w:rsid w:val="007B2CE1"/>
    <w:rsid w:val="007B66A1"/>
    <w:rsid w:val="007C0BDD"/>
    <w:rsid w:val="007C45E7"/>
    <w:rsid w:val="007C54DE"/>
    <w:rsid w:val="007D072E"/>
    <w:rsid w:val="007D36BC"/>
    <w:rsid w:val="007D6FE7"/>
    <w:rsid w:val="007E0013"/>
    <w:rsid w:val="007E0965"/>
    <w:rsid w:val="007E1B9F"/>
    <w:rsid w:val="007E1E24"/>
    <w:rsid w:val="007E63C4"/>
    <w:rsid w:val="007E67C7"/>
    <w:rsid w:val="007E6AF1"/>
    <w:rsid w:val="007E7B06"/>
    <w:rsid w:val="007F18F4"/>
    <w:rsid w:val="007F1EAA"/>
    <w:rsid w:val="007F2A07"/>
    <w:rsid w:val="007F561A"/>
    <w:rsid w:val="007F658B"/>
    <w:rsid w:val="007F6D5A"/>
    <w:rsid w:val="00801EE7"/>
    <w:rsid w:val="0080738F"/>
    <w:rsid w:val="0081383A"/>
    <w:rsid w:val="00815AF6"/>
    <w:rsid w:val="00821545"/>
    <w:rsid w:val="00831ABD"/>
    <w:rsid w:val="00831B84"/>
    <w:rsid w:val="00837431"/>
    <w:rsid w:val="00840826"/>
    <w:rsid w:val="00841ED8"/>
    <w:rsid w:val="00844E46"/>
    <w:rsid w:val="008508F4"/>
    <w:rsid w:val="00852489"/>
    <w:rsid w:val="00852B5C"/>
    <w:rsid w:val="0085381C"/>
    <w:rsid w:val="00853C23"/>
    <w:rsid w:val="00854234"/>
    <w:rsid w:val="008548E1"/>
    <w:rsid w:val="00856A35"/>
    <w:rsid w:val="00861623"/>
    <w:rsid w:val="0086197F"/>
    <w:rsid w:val="00862B60"/>
    <w:rsid w:val="008633A9"/>
    <w:rsid w:val="00864160"/>
    <w:rsid w:val="00866848"/>
    <w:rsid w:val="00866FD3"/>
    <w:rsid w:val="00867291"/>
    <w:rsid w:val="00873D3F"/>
    <w:rsid w:val="00874D53"/>
    <w:rsid w:val="00877B53"/>
    <w:rsid w:val="00882741"/>
    <w:rsid w:val="00882995"/>
    <w:rsid w:val="008875DF"/>
    <w:rsid w:val="00887E19"/>
    <w:rsid w:val="008927E2"/>
    <w:rsid w:val="00893D25"/>
    <w:rsid w:val="008966C8"/>
    <w:rsid w:val="008A40C9"/>
    <w:rsid w:val="008A48B0"/>
    <w:rsid w:val="008A5AA7"/>
    <w:rsid w:val="008B1327"/>
    <w:rsid w:val="008B1BA4"/>
    <w:rsid w:val="008B37EB"/>
    <w:rsid w:val="008B6C87"/>
    <w:rsid w:val="008C1057"/>
    <w:rsid w:val="008C30EE"/>
    <w:rsid w:val="008C61E9"/>
    <w:rsid w:val="008D0409"/>
    <w:rsid w:val="008D4390"/>
    <w:rsid w:val="008D453C"/>
    <w:rsid w:val="008D636E"/>
    <w:rsid w:val="008E0106"/>
    <w:rsid w:val="008E338D"/>
    <w:rsid w:val="008E4F12"/>
    <w:rsid w:val="008E6B4E"/>
    <w:rsid w:val="008E6E84"/>
    <w:rsid w:val="008E7BEF"/>
    <w:rsid w:val="008F0556"/>
    <w:rsid w:val="008F3461"/>
    <w:rsid w:val="009104E4"/>
    <w:rsid w:val="00911EF5"/>
    <w:rsid w:val="00915491"/>
    <w:rsid w:val="00930672"/>
    <w:rsid w:val="00933E28"/>
    <w:rsid w:val="00935509"/>
    <w:rsid w:val="00940437"/>
    <w:rsid w:val="00940F4C"/>
    <w:rsid w:val="009420E7"/>
    <w:rsid w:val="00944646"/>
    <w:rsid w:val="0094466C"/>
    <w:rsid w:val="009448CA"/>
    <w:rsid w:val="00957D11"/>
    <w:rsid w:val="00961DC6"/>
    <w:rsid w:val="009650BF"/>
    <w:rsid w:val="009678ED"/>
    <w:rsid w:val="009752A3"/>
    <w:rsid w:val="009762FE"/>
    <w:rsid w:val="00976EDA"/>
    <w:rsid w:val="0097778A"/>
    <w:rsid w:val="00990A15"/>
    <w:rsid w:val="00991C8F"/>
    <w:rsid w:val="00995E34"/>
    <w:rsid w:val="009968B5"/>
    <w:rsid w:val="009A3F48"/>
    <w:rsid w:val="009A4C2D"/>
    <w:rsid w:val="009A64D3"/>
    <w:rsid w:val="009B3054"/>
    <w:rsid w:val="009B3D8C"/>
    <w:rsid w:val="009B6D61"/>
    <w:rsid w:val="009C4F44"/>
    <w:rsid w:val="009D0077"/>
    <w:rsid w:val="009D0D13"/>
    <w:rsid w:val="009D486B"/>
    <w:rsid w:val="009D74BD"/>
    <w:rsid w:val="009D7706"/>
    <w:rsid w:val="009E0DB5"/>
    <w:rsid w:val="009E3400"/>
    <w:rsid w:val="009E3B9F"/>
    <w:rsid w:val="009F4D57"/>
    <w:rsid w:val="00A04001"/>
    <w:rsid w:val="00A067E7"/>
    <w:rsid w:val="00A1747C"/>
    <w:rsid w:val="00A20091"/>
    <w:rsid w:val="00A26464"/>
    <w:rsid w:val="00A301EB"/>
    <w:rsid w:val="00A3679F"/>
    <w:rsid w:val="00A403D8"/>
    <w:rsid w:val="00A42418"/>
    <w:rsid w:val="00A4383F"/>
    <w:rsid w:val="00A44C8E"/>
    <w:rsid w:val="00A4573E"/>
    <w:rsid w:val="00A47625"/>
    <w:rsid w:val="00A4769F"/>
    <w:rsid w:val="00A51261"/>
    <w:rsid w:val="00A55411"/>
    <w:rsid w:val="00A56468"/>
    <w:rsid w:val="00A606B8"/>
    <w:rsid w:val="00A62703"/>
    <w:rsid w:val="00A63BBC"/>
    <w:rsid w:val="00A65850"/>
    <w:rsid w:val="00A67503"/>
    <w:rsid w:val="00A71917"/>
    <w:rsid w:val="00A73E6C"/>
    <w:rsid w:val="00A76C44"/>
    <w:rsid w:val="00A77A15"/>
    <w:rsid w:val="00A8052D"/>
    <w:rsid w:val="00A90AEF"/>
    <w:rsid w:val="00A931E4"/>
    <w:rsid w:val="00A94E09"/>
    <w:rsid w:val="00A9512B"/>
    <w:rsid w:val="00A953CE"/>
    <w:rsid w:val="00A95732"/>
    <w:rsid w:val="00A9789B"/>
    <w:rsid w:val="00AA1589"/>
    <w:rsid w:val="00AA1D8D"/>
    <w:rsid w:val="00AA3193"/>
    <w:rsid w:val="00AB07FC"/>
    <w:rsid w:val="00AB0B32"/>
    <w:rsid w:val="00AB1145"/>
    <w:rsid w:val="00AC4E47"/>
    <w:rsid w:val="00AC5D2D"/>
    <w:rsid w:val="00AC67A0"/>
    <w:rsid w:val="00AC7336"/>
    <w:rsid w:val="00AD1039"/>
    <w:rsid w:val="00AD1E10"/>
    <w:rsid w:val="00AD44A7"/>
    <w:rsid w:val="00AD742D"/>
    <w:rsid w:val="00AE6C73"/>
    <w:rsid w:val="00AE7840"/>
    <w:rsid w:val="00AF77BD"/>
    <w:rsid w:val="00B00F29"/>
    <w:rsid w:val="00B02F1F"/>
    <w:rsid w:val="00B039A2"/>
    <w:rsid w:val="00B06B89"/>
    <w:rsid w:val="00B07980"/>
    <w:rsid w:val="00B07C84"/>
    <w:rsid w:val="00B10504"/>
    <w:rsid w:val="00B1622C"/>
    <w:rsid w:val="00B163AC"/>
    <w:rsid w:val="00B22293"/>
    <w:rsid w:val="00B26C1F"/>
    <w:rsid w:val="00B30F41"/>
    <w:rsid w:val="00B369CF"/>
    <w:rsid w:val="00B3711F"/>
    <w:rsid w:val="00B4481B"/>
    <w:rsid w:val="00B44F6B"/>
    <w:rsid w:val="00B45D2E"/>
    <w:rsid w:val="00B4749C"/>
    <w:rsid w:val="00B47730"/>
    <w:rsid w:val="00B53776"/>
    <w:rsid w:val="00B60DD3"/>
    <w:rsid w:val="00B67397"/>
    <w:rsid w:val="00B73002"/>
    <w:rsid w:val="00B77D31"/>
    <w:rsid w:val="00B8070C"/>
    <w:rsid w:val="00B827F4"/>
    <w:rsid w:val="00B83B84"/>
    <w:rsid w:val="00B83D6B"/>
    <w:rsid w:val="00B84106"/>
    <w:rsid w:val="00B8438C"/>
    <w:rsid w:val="00B87FDE"/>
    <w:rsid w:val="00B96645"/>
    <w:rsid w:val="00B9762D"/>
    <w:rsid w:val="00B97D0C"/>
    <w:rsid w:val="00BA1CE7"/>
    <w:rsid w:val="00BA5CAB"/>
    <w:rsid w:val="00BB11FD"/>
    <w:rsid w:val="00BB30AF"/>
    <w:rsid w:val="00BC5C71"/>
    <w:rsid w:val="00BD35B6"/>
    <w:rsid w:val="00BD4B6E"/>
    <w:rsid w:val="00BD59DF"/>
    <w:rsid w:val="00BE22B2"/>
    <w:rsid w:val="00BE4185"/>
    <w:rsid w:val="00BE56F1"/>
    <w:rsid w:val="00BE7E19"/>
    <w:rsid w:val="00BF3095"/>
    <w:rsid w:val="00C00373"/>
    <w:rsid w:val="00C02301"/>
    <w:rsid w:val="00C2014E"/>
    <w:rsid w:val="00C22508"/>
    <w:rsid w:val="00C3184D"/>
    <w:rsid w:val="00C32922"/>
    <w:rsid w:val="00C3691B"/>
    <w:rsid w:val="00C3741E"/>
    <w:rsid w:val="00C41374"/>
    <w:rsid w:val="00C45613"/>
    <w:rsid w:val="00C464FA"/>
    <w:rsid w:val="00C46F55"/>
    <w:rsid w:val="00C473EE"/>
    <w:rsid w:val="00C47979"/>
    <w:rsid w:val="00C60244"/>
    <w:rsid w:val="00C6135D"/>
    <w:rsid w:val="00C64EFF"/>
    <w:rsid w:val="00C6645B"/>
    <w:rsid w:val="00C72736"/>
    <w:rsid w:val="00C735E4"/>
    <w:rsid w:val="00C77315"/>
    <w:rsid w:val="00C80695"/>
    <w:rsid w:val="00C80A3E"/>
    <w:rsid w:val="00C84731"/>
    <w:rsid w:val="00C869C3"/>
    <w:rsid w:val="00C91D10"/>
    <w:rsid w:val="00C92B39"/>
    <w:rsid w:val="00C973CE"/>
    <w:rsid w:val="00CA311E"/>
    <w:rsid w:val="00CA44FB"/>
    <w:rsid w:val="00CA7C19"/>
    <w:rsid w:val="00CB0664"/>
    <w:rsid w:val="00CB6E67"/>
    <w:rsid w:val="00CC7FB7"/>
    <w:rsid w:val="00CD33DA"/>
    <w:rsid w:val="00CD341B"/>
    <w:rsid w:val="00CD485A"/>
    <w:rsid w:val="00CD59E1"/>
    <w:rsid w:val="00CE1895"/>
    <w:rsid w:val="00CE5C8C"/>
    <w:rsid w:val="00CF1349"/>
    <w:rsid w:val="00D04351"/>
    <w:rsid w:val="00D073E8"/>
    <w:rsid w:val="00D14A10"/>
    <w:rsid w:val="00D16972"/>
    <w:rsid w:val="00D16981"/>
    <w:rsid w:val="00D2261D"/>
    <w:rsid w:val="00D237E7"/>
    <w:rsid w:val="00D3041C"/>
    <w:rsid w:val="00D3098A"/>
    <w:rsid w:val="00D3333D"/>
    <w:rsid w:val="00D36975"/>
    <w:rsid w:val="00D41FED"/>
    <w:rsid w:val="00D43783"/>
    <w:rsid w:val="00D46078"/>
    <w:rsid w:val="00D5102E"/>
    <w:rsid w:val="00D51035"/>
    <w:rsid w:val="00D54B2C"/>
    <w:rsid w:val="00D565D3"/>
    <w:rsid w:val="00D61AA4"/>
    <w:rsid w:val="00D65F86"/>
    <w:rsid w:val="00D67427"/>
    <w:rsid w:val="00D706C6"/>
    <w:rsid w:val="00D71719"/>
    <w:rsid w:val="00D812C3"/>
    <w:rsid w:val="00D81CB3"/>
    <w:rsid w:val="00D8273F"/>
    <w:rsid w:val="00D82EB6"/>
    <w:rsid w:val="00D8340D"/>
    <w:rsid w:val="00D86F1B"/>
    <w:rsid w:val="00DA197E"/>
    <w:rsid w:val="00DA27DB"/>
    <w:rsid w:val="00DB0298"/>
    <w:rsid w:val="00DB0E6B"/>
    <w:rsid w:val="00DB10ED"/>
    <w:rsid w:val="00DB1686"/>
    <w:rsid w:val="00DB1F23"/>
    <w:rsid w:val="00DB4B55"/>
    <w:rsid w:val="00DB7DC6"/>
    <w:rsid w:val="00DC116C"/>
    <w:rsid w:val="00DC5C6A"/>
    <w:rsid w:val="00DD29A2"/>
    <w:rsid w:val="00DE088D"/>
    <w:rsid w:val="00DE0A46"/>
    <w:rsid w:val="00DE1D34"/>
    <w:rsid w:val="00DE32DC"/>
    <w:rsid w:val="00DE6523"/>
    <w:rsid w:val="00DE6CD5"/>
    <w:rsid w:val="00DE7125"/>
    <w:rsid w:val="00DE7915"/>
    <w:rsid w:val="00DF540D"/>
    <w:rsid w:val="00E03B1D"/>
    <w:rsid w:val="00E07EC2"/>
    <w:rsid w:val="00E106FD"/>
    <w:rsid w:val="00E1689C"/>
    <w:rsid w:val="00E22B22"/>
    <w:rsid w:val="00E233F2"/>
    <w:rsid w:val="00E27724"/>
    <w:rsid w:val="00E32A2A"/>
    <w:rsid w:val="00E347D1"/>
    <w:rsid w:val="00E4338F"/>
    <w:rsid w:val="00E46DB2"/>
    <w:rsid w:val="00E5481D"/>
    <w:rsid w:val="00E558DD"/>
    <w:rsid w:val="00E63A8D"/>
    <w:rsid w:val="00E65D7A"/>
    <w:rsid w:val="00E705ED"/>
    <w:rsid w:val="00E72745"/>
    <w:rsid w:val="00E74D13"/>
    <w:rsid w:val="00E756D8"/>
    <w:rsid w:val="00E7702C"/>
    <w:rsid w:val="00E82697"/>
    <w:rsid w:val="00E82F3A"/>
    <w:rsid w:val="00E87E88"/>
    <w:rsid w:val="00E9175E"/>
    <w:rsid w:val="00E948C7"/>
    <w:rsid w:val="00E96334"/>
    <w:rsid w:val="00EA0E85"/>
    <w:rsid w:val="00EA474D"/>
    <w:rsid w:val="00EA6EC7"/>
    <w:rsid w:val="00EB3048"/>
    <w:rsid w:val="00EB6D62"/>
    <w:rsid w:val="00EC31F9"/>
    <w:rsid w:val="00EC5128"/>
    <w:rsid w:val="00EC5628"/>
    <w:rsid w:val="00EC7E2C"/>
    <w:rsid w:val="00ED4468"/>
    <w:rsid w:val="00ED5F6A"/>
    <w:rsid w:val="00ED6AB9"/>
    <w:rsid w:val="00EE46E9"/>
    <w:rsid w:val="00EE611A"/>
    <w:rsid w:val="00EF00DA"/>
    <w:rsid w:val="00EF1F21"/>
    <w:rsid w:val="00EF2CF4"/>
    <w:rsid w:val="00EF37D1"/>
    <w:rsid w:val="00EF5209"/>
    <w:rsid w:val="00EF588A"/>
    <w:rsid w:val="00EF7A62"/>
    <w:rsid w:val="00F0049A"/>
    <w:rsid w:val="00F03294"/>
    <w:rsid w:val="00F034DA"/>
    <w:rsid w:val="00F10CFC"/>
    <w:rsid w:val="00F1102F"/>
    <w:rsid w:val="00F12EBC"/>
    <w:rsid w:val="00F15138"/>
    <w:rsid w:val="00F15974"/>
    <w:rsid w:val="00F17D58"/>
    <w:rsid w:val="00F23837"/>
    <w:rsid w:val="00F26DE8"/>
    <w:rsid w:val="00F3348F"/>
    <w:rsid w:val="00F3385E"/>
    <w:rsid w:val="00F371E4"/>
    <w:rsid w:val="00F378AF"/>
    <w:rsid w:val="00F44833"/>
    <w:rsid w:val="00F4532B"/>
    <w:rsid w:val="00F50D03"/>
    <w:rsid w:val="00F55802"/>
    <w:rsid w:val="00F56752"/>
    <w:rsid w:val="00F60774"/>
    <w:rsid w:val="00F6158B"/>
    <w:rsid w:val="00F712F6"/>
    <w:rsid w:val="00F72887"/>
    <w:rsid w:val="00F81305"/>
    <w:rsid w:val="00F82DC0"/>
    <w:rsid w:val="00F857D4"/>
    <w:rsid w:val="00F86EA6"/>
    <w:rsid w:val="00F913BA"/>
    <w:rsid w:val="00F9358C"/>
    <w:rsid w:val="00F9411E"/>
    <w:rsid w:val="00F941A6"/>
    <w:rsid w:val="00F949C5"/>
    <w:rsid w:val="00F951AF"/>
    <w:rsid w:val="00FA0CC8"/>
    <w:rsid w:val="00FA6F52"/>
    <w:rsid w:val="00FB0753"/>
    <w:rsid w:val="00FB0BF2"/>
    <w:rsid w:val="00FB2868"/>
    <w:rsid w:val="00FB409C"/>
    <w:rsid w:val="00FB4D9C"/>
    <w:rsid w:val="00FB5744"/>
    <w:rsid w:val="00FB5CF1"/>
    <w:rsid w:val="00FB7B5F"/>
    <w:rsid w:val="00FC0F4F"/>
    <w:rsid w:val="00FC25FE"/>
    <w:rsid w:val="00FC693F"/>
    <w:rsid w:val="00FD2B82"/>
    <w:rsid w:val="00FD34AC"/>
    <w:rsid w:val="00FD4357"/>
    <w:rsid w:val="00FD56D5"/>
    <w:rsid w:val="00FD5C54"/>
    <w:rsid w:val="00FD5D91"/>
    <w:rsid w:val="00FD5E9E"/>
    <w:rsid w:val="00FD7A60"/>
    <w:rsid w:val="00FD7E08"/>
    <w:rsid w:val="00FE5588"/>
    <w:rsid w:val="00FE59AA"/>
    <w:rsid w:val="00FE79F1"/>
    <w:rsid w:val="00FF1552"/>
    <w:rsid w:val="00FF5C42"/>
    <w:rsid w:val="00FF66D3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AAED3"/>
  <w14:defaultImageDpi w14:val="300"/>
  <w15:docId w15:val="{756155AE-F70C-DA4D-97EB-9904CDB8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327"/>
    <w:pPr>
      <w:keepNext/>
      <w:spacing w:before="240" w:after="240" w:line="360" w:lineRule="auto"/>
      <w:outlineLvl w:val="1"/>
    </w:pPr>
    <w:rPr>
      <w:rFonts w:ascii="Arial" w:hAnsi="Arial" w:cs="Arial"/>
      <w:bCs/>
      <w:color w:val="000000" w:themeColor="text1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327"/>
    <w:pPr>
      <w:jc w:val="center"/>
      <w:outlineLvl w:val="0"/>
    </w:pPr>
    <w:rPr>
      <w:b/>
      <w:bCs w:val="0"/>
      <w:sz w:val="32"/>
      <w:szCs w:val="32"/>
    </w:rPr>
  </w:style>
  <w:style w:type="paragraph" w:styleId="Heading2">
    <w:name w:val="heading 2"/>
    <w:basedOn w:val="SectionHeading"/>
    <w:next w:val="Normal"/>
    <w:link w:val="Heading2Char"/>
    <w:uiPriority w:val="9"/>
    <w:unhideWhenUsed/>
    <w:qFormat/>
    <w:rsid w:val="008B1327"/>
    <w:pPr>
      <w:spacing w:line="360" w:lineRule="auto"/>
      <w:outlineLvl w:val="1"/>
    </w:pPr>
    <w:rPr>
      <w:rFonts w:cs="Arial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Lines/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B1327"/>
    <w:rPr>
      <w:rFonts w:ascii="Arial" w:hAnsi="Arial" w:cs="Arial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1327"/>
    <w:rPr>
      <w:rFonts w:ascii="Arial" w:hAnsi="Arial" w:cs="Arial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 w:val="0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verTitle">
    <w:name w:val="Cover Title"/>
    <w:pPr>
      <w:spacing w:after="400"/>
      <w:jc w:val="center"/>
    </w:pPr>
    <w:rPr>
      <w:rFonts w:ascii="Arial" w:hAnsi="Arial"/>
      <w:b/>
      <w:color w:val="1E3A8A"/>
      <w:sz w:val="56"/>
    </w:rPr>
  </w:style>
  <w:style w:type="paragraph" w:customStyle="1" w:styleId="CoverSubtitle">
    <w:name w:val="Cover Subtitle"/>
    <w:pPr>
      <w:spacing w:after="300"/>
      <w:jc w:val="center"/>
    </w:pPr>
    <w:rPr>
      <w:rFonts w:ascii="Arial" w:hAnsi="Arial"/>
      <w:b/>
      <w:color w:val="1E3A8A"/>
      <w:sz w:val="40"/>
    </w:rPr>
  </w:style>
  <w:style w:type="paragraph" w:customStyle="1" w:styleId="CoverBody">
    <w:name w:val="Cover Body"/>
    <w:pPr>
      <w:spacing w:line="336" w:lineRule="auto"/>
    </w:pPr>
    <w:rPr>
      <w:rFonts w:ascii="Arial" w:hAnsi="Arial"/>
      <w:sz w:val="28"/>
    </w:rPr>
  </w:style>
  <w:style w:type="paragraph" w:customStyle="1" w:styleId="CoverFooter">
    <w:name w:val="Cover Footer"/>
    <w:pPr>
      <w:spacing w:after="240"/>
      <w:jc w:val="center"/>
    </w:pPr>
    <w:rPr>
      <w:rFonts w:ascii="Arial" w:hAnsi="Arial"/>
      <w:b/>
      <w:color w:val="1E3A8A"/>
      <w:sz w:val="32"/>
    </w:rPr>
  </w:style>
  <w:style w:type="paragraph" w:customStyle="1" w:styleId="MajorHeading">
    <w:name w:val="Major Heading"/>
    <w:pPr>
      <w:spacing w:before="400"/>
      <w:jc w:val="center"/>
    </w:pPr>
    <w:rPr>
      <w:rFonts w:ascii="Arial" w:hAnsi="Arial"/>
      <w:b/>
      <w:color w:val="1E3A8A"/>
      <w:sz w:val="44"/>
    </w:rPr>
  </w:style>
  <w:style w:type="paragraph" w:customStyle="1" w:styleId="SectionHeading">
    <w:name w:val="Section Heading"/>
    <w:pPr>
      <w:keepNext/>
      <w:spacing w:before="240" w:after="240"/>
    </w:pPr>
    <w:rPr>
      <w:rFonts w:ascii="Arial" w:hAnsi="Arial"/>
      <w:b/>
      <w:color w:val="1E3A8A"/>
      <w:sz w:val="36"/>
    </w:rPr>
  </w:style>
  <w:style w:type="paragraph" w:customStyle="1" w:styleId="EasyReadSubheading">
    <w:name w:val="Easy Read Subheading"/>
    <w:pPr>
      <w:spacing w:before="160" w:after="160"/>
    </w:pPr>
    <w:rPr>
      <w:rFonts w:ascii="Arial" w:hAnsi="Arial"/>
      <w:b/>
      <w:sz w:val="28"/>
    </w:rPr>
  </w:style>
  <w:style w:type="paragraph" w:customStyle="1" w:styleId="EasyReadBody">
    <w:name w:val="Easy Read Body"/>
    <w:pPr>
      <w:spacing w:after="240" w:line="336" w:lineRule="auto"/>
    </w:pPr>
    <w:rPr>
      <w:rFonts w:ascii="Arial" w:hAnsi="Arial"/>
      <w:sz w:val="32"/>
    </w:rPr>
  </w:style>
  <w:style w:type="paragraph" w:customStyle="1" w:styleId="EasyReadBullet">
    <w:name w:val="Easy Read Bullet"/>
    <w:pPr>
      <w:spacing w:after="160" w:line="336" w:lineRule="auto"/>
      <w:ind w:left="432"/>
    </w:pPr>
    <w:rPr>
      <w:rFonts w:ascii="Arial" w:hAnsi="Arial"/>
      <w:sz w:val="32"/>
    </w:rPr>
  </w:style>
  <w:style w:type="paragraph" w:customStyle="1" w:styleId="FooterText">
    <w:name w:val="Footer Text"/>
    <w:pPr>
      <w:jc w:val="center"/>
    </w:pPr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A77A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 /><Relationship Id="rId13" Type="http://schemas.openxmlformats.org/officeDocument/2006/relationships/image" Target="media/image5.png" /><Relationship Id="rId18" Type="http://schemas.openxmlformats.org/officeDocument/2006/relationships/hyperlink" Target="mailto:PSL@lothiancil.org.uk" TargetMode="External" /><Relationship Id="rId26" Type="http://schemas.openxmlformats.org/officeDocument/2006/relationships/image" Target="media/image15.tmp" /><Relationship Id="rId3" Type="http://schemas.openxmlformats.org/officeDocument/2006/relationships/styles" Target="styles.xml" /><Relationship Id="rId21" Type="http://schemas.openxmlformats.org/officeDocument/2006/relationships/image" Target="media/image11.tmp" /><Relationship Id="rId34" Type="http://schemas.openxmlformats.org/officeDocument/2006/relationships/image" Target="media/image21.tmp" /><Relationship Id="rId7" Type="http://schemas.openxmlformats.org/officeDocument/2006/relationships/endnotes" Target="endnotes.xml" /><Relationship Id="rId12" Type="http://schemas.openxmlformats.org/officeDocument/2006/relationships/hyperlink" Target="mailto:Communications@lothiancil.org.uk" TargetMode="External" /><Relationship Id="rId17" Type="http://schemas.openxmlformats.org/officeDocument/2006/relationships/hyperlink" Target="https://www.eventbrite.co.uk/o/lcil-105595301911" TargetMode="External" /><Relationship Id="rId25" Type="http://schemas.openxmlformats.org/officeDocument/2006/relationships/image" Target="media/image14.tmp" /><Relationship Id="rId33" Type="http://schemas.openxmlformats.org/officeDocument/2006/relationships/image" Target="media/image20.tmp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0.tmp" /><Relationship Id="rId29" Type="http://schemas.openxmlformats.org/officeDocument/2006/relationships/image" Target="media/image1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24" Type="http://schemas.openxmlformats.org/officeDocument/2006/relationships/image" Target="media/image13.tmp" /><Relationship Id="rId32" Type="http://schemas.openxmlformats.org/officeDocument/2006/relationships/hyperlink" Target="http://www.lothiancil.org.uk/make-a-donation/support-us/" TargetMode="External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2.tmp" /><Relationship Id="rId28" Type="http://schemas.openxmlformats.org/officeDocument/2006/relationships/hyperlink" Target="http://www.ourdigitalhealth.com" TargetMode="External" /><Relationship Id="rId36" Type="http://schemas.openxmlformats.org/officeDocument/2006/relationships/hyperlink" Target="mailto:admin@lothiancil.org.uk" TargetMode="External" /><Relationship Id="rId10" Type="http://schemas.openxmlformats.org/officeDocument/2006/relationships/image" Target="media/image3.jpeg" /><Relationship Id="rId19" Type="http://schemas.openxmlformats.org/officeDocument/2006/relationships/image" Target="media/image9.tmp" /><Relationship Id="rId31" Type="http://schemas.openxmlformats.org/officeDocument/2006/relationships/image" Target="media/image19.tmp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tmp" /><Relationship Id="rId22" Type="http://schemas.openxmlformats.org/officeDocument/2006/relationships/hyperlink" Target="mailto:DAIS@lothiancil.org.uk" TargetMode="External" /><Relationship Id="rId27" Type="http://schemas.openxmlformats.org/officeDocument/2006/relationships/image" Target="media/image16.tmp" /><Relationship Id="rId30" Type="http://schemas.openxmlformats.org/officeDocument/2006/relationships/image" Target="media/image18.png" /><Relationship Id="rId35" Type="http://schemas.openxmlformats.org/officeDocument/2006/relationships/hyperlink" Target="http://www.lothiancil.org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LCiL News</vt:lpstr>
    </vt:vector>
  </TitlesOfParts>
  <Manager/>
  <Company/>
  <LinksUpToDate>false</LinksUpToDate>
  <CharactersWithSpaces>4452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LCiL News</dc:title>
  <dc:subject>Easy Read Format Document - Enhanced Accessibility</dc:subject>
  <dc:creator>Claru - Easy Read Converter</dc:creator>
  <cp:keywords>Easy Read, UKAAF, Accessibility, Learning Disabilities, Enhanced Readability</cp:keywords>
  <dc:description>generated by python-docx</dc:description>
  <cp:lastModifiedBy>Steve Perry</cp:lastModifiedBy>
  <cp:revision>188</cp:revision>
  <dcterms:created xsi:type="dcterms:W3CDTF">2026-05-06T09:31:00Z</dcterms:created>
  <dcterms:modified xsi:type="dcterms:W3CDTF">2026-05-14T13:14:00Z</dcterms:modified>
  <cp:category/>
</cp:coreProperties>
</file>