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A38C" w14:textId="024BE224" w:rsidR="00B039A2" w:rsidRPr="00C84731" w:rsidRDefault="00AA3193" w:rsidP="008B1327">
      <w:pPr>
        <w:pStyle w:val="Heading1"/>
        <w:rPr>
          <w:lang w:val="en-GB"/>
        </w:rPr>
      </w:pPr>
      <w:r w:rsidRPr="00C84731">
        <w:rPr>
          <w:lang w:val="en-GB"/>
        </w:rPr>
        <w:t>Lothian Centre for Inclusive Living (LCiL)</w:t>
      </w:r>
    </w:p>
    <w:p w14:paraId="106E71E1" w14:textId="5569DCF9" w:rsidR="00AA3193" w:rsidRPr="00C84731" w:rsidRDefault="00AA3193" w:rsidP="008B1327">
      <w:pPr>
        <w:pStyle w:val="Heading1"/>
        <w:rPr>
          <w:lang w:val="en-GB"/>
        </w:rPr>
      </w:pPr>
      <w:r w:rsidRPr="00C84731">
        <w:rPr>
          <w:lang w:val="en-GB"/>
        </w:rPr>
        <w:t>Newsletter</w:t>
      </w:r>
    </w:p>
    <w:p w14:paraId="4BC66B59" w14:textId="1B0D88AF" w:rsidR="00AA3193" w:rsidRPr="00C84731" w:rsidRDefault="00BD35B6" w:rsidP="008B1327">
      <w:pPr>
        <w:pStyle w:val="Heading1"/>
        <w:rPr>
          <w:lang w:val="en-GB"/>
        </w:rPr>
      </w:pPr>
      <w:r w:rsidRPr="00C84731">
        <w:rPr>
          <w:lang w:val="en-GB"/>
        </w:rPr>
        <w:t>Winter 2025 - 2026</w:t>
      </w:r>
    </w:p>
    <w:p w14:paraId="73D5B4F8" w14:textId="13576DAA" w:rsidR="00BD35B6" w:rsidRPr="00C84731" w:rsidRDefault="005D13C2" w:rsidP="008B1327">
      <w:pPr>
        <w:rPr>
          <w:lang w:val="en-GB"/>
        </w:rPr>
      </w:pPr>
      <w:r w:rsidRPr="00C84731">
        <w:rPr>
          <w:noProof/>
          <w:lang w:val="en-GB"/>
        </w:rPr>
        <w:drawing>
          <wp:anchor distT="0" distB="0" distL="114300" distR="114300" simplePos="0" relativeHeight="251610112" behindDoc="0" locked="0" layoutInCell="1" allowOverlap="1" wp14:anchorId="5C82C997" wp14:editId="337A3E0B">
            <wp:simplePos x="0" y="0"/>
            <wp:positionH relativeFrom="column">
              <wp:posOffset>-97790</wp:posOffset>
            </wp:positionH>
            <wp:positionV relativeFrom="paragraph">
              <wp:posOffset>113665</wp:posOffset>
            </wp:positionV>
            <wp:extent cx="5733415" cy="3444240"/>
            <wp:effectExtent l="0" t="0" r="635" b="3810"/>
            <wp:wrapTopAndBottom/>
            <wp:docPr id="17077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4021" name="Picture 1707740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6E115" w14:textId="06B850D3" w:rsidR="008B1327" w:rsidRPr="00C84731" w:rsidRDefault="00DE32DC" w:rsidP="00DE32DC">
      <w:pPr>
        <w:rPr>
          <w:lang w:val="en-GB"/>
        </w:rPr>
      </w:pPr>
      <w:r w:rsidRPr="00C84731">
        <w:rPr>
          <w:noProof/>
          <w:lang w:val="en-GB"/>
        </w:rPr>
        <w:drawing>
          <wp:anchor distT="0" distB="0" distL="114300" distR="114300" simplePos="0" relativeHeight="251614208" behindDoc="0" locked="0" layoutInCell="1" allowOverlap="1" wp14:anchorId="2CD01793" wp14:editId="765F2F3E">
            <wp:simplePos x="0" y="0"/>
            <wp:positionH relativeFrom="margin">
              <wp:align>right</wp:align>
            </wp:positionH>
            <wp:positionV relativeFrom="paragraph">
              <wp:posOffset>569867</wp:posOffset>
            </wp:positionV>
            <wp:extent cx="5733415" cy="2518410"/>
            <wp:effectExtent l="0" t="0" r="635" b="0"/>
            <wp:wrapTopAndBottom/>
            <wp:docPr id="410396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96427" name="Picture 410396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63AC" w:rsidRPr="00C84731">
        <w:rPr>
          <w:lang w:val="en-GB"/>
        </w:rPr>
        <w:t>LCiL staff</w:t>
      </w:r>
      <w:r w:rsidR="009678ED" w:rsidRPr="00C84731">
        <w:rPr>
          <w:lang w:val="en-GB"/>
        </w:rPr>
        <w:t xml:space="preserve"> in the office - wishing you </w:t>
      </w:r>
      <w:r w:rsidR="00CD33DA" w:rsidRPr="00C84731">
        <w:rPr>
          <w:lang w:val="en-GB"/>
        </w:rPr>
        <w:t>a happy new year ahead.</w:t>
      </w:r>
    </w:p>
    <w:p w14:paraId="1FCD4FC9" w14:textId="5A4BCF81" w:rsidR="00B039A2" w:rsidRPr="00C84731" w:rsidRDefault="00270BBE" w:rsidP="008B1327">
      <w:pPr>
        <w:pStyle w:val="Heading2"/>
        <w:rPr>
          <w:lang w:val="en-GB"/>
        </w:rPr>
      </w:pPr>
      <w:r w:rsidRPr="00C84731">
        <w:rPr>
          <w:lang w:val="en-GB"/>
        </w:rPr>
        <w:lastRenderedPageBreak/>
        <w:t>Happy New Year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376514" w:rsidRPr="00C84731" w14:paraId="3BA73473" w14:textId="77777777" w:rsidTr="00C84731">
        <w:tc>
          <w:tcPr>
            <w:tcW w:w="3402" w:type="dxa"/>
            <w:vAlign w:val="center"/>
          </w:tcPr>
          <w:p w14:paraId="368880D6" w14:textId="639D79D4" w:rsidR="00376514" w:rsidRPr="00C84731" w:rsidRDefault="00376514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2B5796B4" wp14:editId="5A3D4551">
                  <wp:extent cx="2043489" cy="122766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16" cy="124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DC36284" w14:textId="78E45786" w:rsidR="00376514" w:rsidRPr="00C84731" w:rsidRDefault="00376514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Happy New Year from all the team at Lothian Centre for Inclusive Living (LCiL).</w:t>
            </w:r>
          </w:p>
        </w:tc>
      </w:tr>
      <w:tr w:rsidR="00376514" w:rsidRPr="00C84731" w14:paraId="5837F518" w14:textId="77777777" w:rsidTr="00C84731">
        <w:trPr>
          <w:trHeight w:val="7522"/>
        </w:trPr>
        <w:tc>
          <w:tcPr>
            <w:tcW w:w="3402" w:type="dxa"/>
            <w:vAlign w:val="center"/>
          </w:tcPr>
          <w:p w14:paraId="5194CC97" w14:textId="52D03752" w:rsidR="00376514" w:rsidRPr="00C84731" w:rsidRDefault="008B1327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17B87E0A" wp14:editId="41593AE9">
                  <wp:extent cx="1905000" cy="1905000"/>
                  <wp:effectExtent l="0" t="0" r="0" b="0"/>
                  <wp:docPr id="11170236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23679" name="Picture 1117023679"/>
                          <pic:cNvPicPr/>
                        </pic:nvPicPr>
                        <pic:blipFill rotWithShape="1">
                          <a:blip r:embed="rId10"/>
                          <a:srcRect l="1672" t="-5550" r="8832" b="-7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6889F03" w14:textId="421B52E4" w:rsidR="00376514" w:rsidRPr="00C84731" w:rsidRDefault="00376514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This newsletter will tell you more about:</w:t>
            </w:r>
          </w:p>
          <w:p w14:paraId="3AF014B8" w14:textId="4EC7673C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Peer Support Groups</w:t>
            </w:r>
          </w:p>
          <w:p w14:paraId="056D623F" w14:textId="67AF917F" w:rsidR="00376514" w:rsidRPr="00C84731" w:rsidRDefault="0030204C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 v</w:t>
            </w:r>
            <w:r w:rsidR="00376514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olunteers at </w:t>
            </w: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a </w:t>
            </w:r>
            <w:r w:rsidR="00376514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Social Worker Conference</w:t>
            </w:r>
          </w:p>
          <w:p w14:paraId="0ABEA3D2" w14:textId="1EFB2301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Upmo Project </w:t>
            </w:r>
            <w:r w:rsidR="0030204C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s</w:t>
            </w: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uccess</w:t>
            </w:r>
          </w:p>
          <w:p w14:paraId="7DD17CA7" w14:textId="2BD4B932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Article: Recent scams</w:t>
            </w:r>
          </w:p>
          <w:p w14:paraId="1FB1D861" w14:textId="2FFD9858" w:rsidR="00376514" w:rsidRPr="00C84731" w:rsidRDefault="0030204C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Butternut and Bean s</w:t>
            </w:r>
            <w:r w:rsidR="00376514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oup recipe</w:t>
            </w:r>
          </w:p>
          <w:p w14:paraId="6267A4DD" w14:textId="05297407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New book by Sarah Burchett-Cook</w:t>
            </w:r>
          </w:p>
          <w:p w14:paraId="33526659" w14:textId="6A764170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How LCiL can support you</w:t>
            </w:r>
          </w:p>
          <w:p w14:paraId="7907132C" w14:textId="733693C4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Support us</w:t>
            </w:r>
          </w:p>
          <w:p w14:paraId="54799AE4" w14:textId="1BEDCB9F" w:rsidR="00376514" w:rsidRPr="00C84731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 information</w:t>
            </w:r>
          </w:p>
        </w:tc>
      </w:tr>
      <w:tr w:rsidR="008B1327" w:rsidRPr="00C84731" w14:paraId="29C88E71" w14:textId="77777777" w:rsidTr="00C84731">
        <w:tc>
          <w:tcPr>
            <w:tcW w:w="3402" w:type="dxa"/>
            <w:vAlign w:val="center"/>
          </w:tcPr>
          <w:p w14:paraId="34014B5D" w14:textId="3AC28E0D" w:rsidR="008B1327" w:rsidRPr="00C84731" w:rsidRDefault="008B1327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54D059F2" wp14:editId="6498C94C">
                  <wp:extent cx="121920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1"/>
                          <a:srcRect l="730" r="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38" cy="122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BCB88CA" w14:textId="5C06C9C1" w:rsidR="008B1327" w:rsidRPr="00C84731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If you have any news you would like to share with us, you can email the Communications team.</w:t>
            </w:r>
          </w:p>
          <w:p w14:paraId="30B4F931" w14:textId="64DF24D6" w:rsidR="008B1327" w:rsidRPr="00C84731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The email is: </w:t>
            </w:r>
            <w:hyperlink r:id="rId12" w:history="1">
              <w:r w:rsidRPr="00C84731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Communications@lothiancil.org.uk</w:t>
              </w:r>
            </w:hyperlink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</w:tc>
      </w:tr>
    </w:tbl>
    <w:p w14:paraId="43C1BE46" w14:textId="7357F625" w:rsidR="00B039A2" w:rsidRPr="00C84731" w:rsidRDefault="0034695D" w:rsidP="008B1327">
      <w:pPr>
        <w:pStyle w:val="Heading2"/>
        <w:rPr>
          <w:bCs/>
          <w:lang w:val="en-GB"/>
        </w:rPr>
      </w:pPr>
      <w:r w:rsidRPr="00C84731">
        <w:rPr>
          <w:lang w:val="en-GB"/>
        </w:rPr>
        <w:lastRenderedPageBreak/>
        <w:t>Join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our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Peer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Support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Groups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C84731" w14:paraId="057908BE" w14:textId="77777777" w:rsidTr="00C84731">
        <w:tc>
          <w:tcPr>
            <w:tcW w:w="3402" w:type="dxa"/>
            <w:vAlign w:val="center"/>
          </w:tcPr>
          <w:p w14:paraId="4EADDD42" w14:textId="5400FAE1" w:rsidR="00472025" w:rsidRPr="00C84731" w:rsidRDefault="00755B68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1CC39F82" wp14:editId="403FDCF2">
                  <wp:extent cx="1774372" cy="1697289"/>
                  <wp:effectExtent l="0" t="0" r="0" b="0"/>
                  <wp:docPr id="1486134020" name="Picture 1" descr="A person and person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134020" name="Picture 1" descr="A person and person sitting at a table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74" cy="170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1327" w:rsidRPr="00C84731">
              <w:rPr>
                <w:noProof/>
                <w:lang w:val="en-GB"/>
              </w:rPr>
              <w:drawing>
                <wp:anchor distT="0" distB="0" distL="114300" distR="114300" simplePos="0" relativeHeight="251702272" behindDoc="0" locked="0" layoutInCell="1" allowOverlap="1" wp14:anchorId="3B5E441B" wp14:editId="284FD0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-1311910</wp:posOffset>
                  </wp:positionV>
                  <wp:extent cx="1828800" cy="16637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82586" w14:textId="5B0D310C" w:rsidR="00472025" w:rsidRPr="00C84731" w:rsidRDefault="00472025" w:rsidP="008B1327">
            <w:pPr>
              <w:rPr>
                <w:lang w:val="en-GB"/>
              </w:rPr>
            </w:pPr>
          </w:p>
        </w:tc>
        <w:tc>
          <w:tcPr>
            <w:tcW w:w="6236" w:type="dxa"/>
            <w:vAlign w:val="center"/>
          </w:tcPr>
          <w:p w14:paraId="2D346FDB" w14:textId="76FDB44D" w:rsidR="00B039A2" w:rsidRPr="00C84731" w:rsidRDefault="00376514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Our peer support groups are for anyone looking for support with social care in Edinburgh, East Lothian, Midlothian, West Lothian or online.</w:t>
            </w:r>
          </w:p>
          <w:p w14:paraId="4CBA423F" w14:textId="77777777" w:rsidR="00376514" w:rsidRPr="00C84731" w:rsidRDefault="00376514" w:rsidP="008B1327">
            <w:pPr>
              <w:rPr>
                <w:lang w:val="en-GB"/>
              </w:rPr>
            </w:pPr>
          </w:p>
          <w:p w14:paraId="1FE336D6" w14:textId="4307E213" w:rsidR="00376514" w:rsidRPr="00C84731" w:rsidRDefault="00F17D58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Our peer support groups are free. </w:t>
            </w:r>
          </w:p>
          <w:p w14:paraId="34B44C2B" w14:textId="7AB37F21" w:rsidR="00376514" w:rsidRPr="00C84731" w:rsidRDefault="00376514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We provide tea</w:t>
            </w:r>
            <w:r w:rsidR="00C84731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,</w:t>
            </w: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coffee</w:t>
            </w:r>
            <w:r w:rsidR="00C84731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,</w:t>
            </w: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and lunch at our peer support groups.</w:t>
            </w:r>
          </w:p>
          <w:p w14:paraId="6A9C33B8" w14:textId="2C85A25C" w:rsidR="00DE32DC" w:rsidRPr="00C84731" w:rsidRDefault="00F17D58" w:rsidP="00DE32DC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You can meet people like you and get advice </w:t>
            </w:r>
            <w:r w:rsidR="00376514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from people who are in similar situations.</w:t>
            </w:r>
          </w:p>
        </w:tc>
      </w:tr>
      <w:tr w:rsidR="00DE32DC" w:rsidRPr="00C84731" w14:paraId="3C89E8DF" w14:textId="77777777" w:rsidTr="00C84731">
        <w:tc>
          <w:tcPr>
            <w:tcW w:w="3402" w:type="dxa"/>
            <w:vAlign w:val="center"/>
          </w:tcPr>
          <w:p w14:paraId="532696D1" w14:textId="67BE063D" w:rsidR="00DE32DC" w:rsidRPr="00C84731" w:rsidRDefault="00DE32DC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05344" behindDoc="1" locked="0" layoutInCell="1" allowOverlap="1" wp14:anchorId="504678AB" wp14:editId="675D038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-1798320</wp:posOffset>
                  </wp:positionV>
                  <wp:extent cx="1758315" cy="1799590"/>
                  <wp:effectExtent l="0" t="0" r="0" b="0"/>
                  <wp:wrapSquare wrapText="bothSides"/>
                  <wp:docPr id="1541624032" name="Picture 1" descr="A green and white rectangular card with a q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24032" name="Picture 1" descr="A green and white rectangular card with a qr code&#10;&#10;AI-generated content may be incorrect."/>
                          <pic:cNvPicPr/>
                        </pic:nvPicPr>
                        <pic:blipFill rotWithShape="1">
                          <a:blip r:embed="rId15"/>
                          <a:srcRect l="53160" t="13614" r="6038" b="1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731">
              <w:rPr>
                <w:noProof/>
                <w:lang w:val="en-GB"/>
              </w:rPr>
              <w:t xml:space="preserve"> </w:t>
            </w:r>
            <w:r w:rsidRPr="00C84731">
              <w:rPr>
                <w:noProof/>
                <w:lang w:val="en-GB"/>
              </w:rPr>
              <w:drawing>
                <wp:inline distT="0" distB="0" distL="0" distR="0" wp14:anchorId="3F19DE1E" wp14:editId="1A92A305">
                  <wp:extent cx="1881505" cy="1439545"/>
                  <wp:effectExtent l="0" t="0" r="4445" b="8255"/>
                  <wp:docPr id="11325486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548676" name="Picture 11325486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CD867D1" w14:textId="34E27517" w:rsidR="00DE32DC" w:rsidRPr="00C84731" w:rsidRDefault="00DE32DC" w:rsidP="00DE32DC">
            <w:pPr>
              <w:rPr>
                <w:lang w:val="en-GB"/>
              </w:rPr>
            </w:pPr>
            <w:r w:rsidRPr="00C84731">
              <w:rPr>
                <w:lang w:val="en-GB"/>
              </w:rPr>
              <w:t>To find out more and get tickets for the next events, you can:</w:t>
            </w:r>
          </w:p>
          <w:p w14:paraId="09F7868E" w14:textId="77777777" w:rsidR="00DE32DC" w:rsidRPr="00C84731" w:rsidRDefault="00DE32DC" w:rsidP="00DE32DC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C84731">
              <w:rPr>
                <w:lang w:val="en-GB"/>
              </w:rPr>
              <w:t xml:space="preserve">Click on this link: </w:t>
            </w:r>
            <w:hyperlink r:id="rId17" w:history="1">
              <w:r w:rsidRPr="00C84731">
                <w:rPr>
                  <w:rStyle w:val="Hyperlink"/>
                  <w:lang w:val="en-GB"/>
                </w:rPr>
                <w:t>https://www.eventbrite.co.uk/o/lcil-105595301911</w:t>
              </w:r>
            </w:hyperlink>
            <w:r w:rsidRPr="00C84731">
              <w:rPr>
                <w:lang w:val="en-GB"/>
              </w:rPr>
              <w:t xml:space="preserve"> </w:t>
            </w:r>
          </w:p>
          <w:p w14:paraId="46C325F8" w14:textId="1C3074A4" w:rsidR="00DE32DC" w:rsidRPr="00C84731" w:rsidRDefault="00DE32DC" w:rsidP="00DE32DC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C84731">
              <w:rPr>
                <w:lang w:val="en-GB"/>
              </w:rPr>
              <w:t>Scan the QR code</w:t>
            </w:r>
          </w:p>
          <w:p w14:paraId="47946B58" w14:textId="77777777" w:rsidR="00DE32DC" w:rsidRPr="00C84731" w:rsidRDefault="00DE32DC" w:rsidP="00DE32DC">
            <w:pPr>
              <w:rPr>
                <w:lang w:val="en-GB"/>
              </w:rPr>
            </w:pPr>
            <w:r w:rsidRPr="00C84731">
              <w:rPr>
                <w:lang w:val="en-GB"/>
              </w:rPr>
              <w:t>Or</w:t>
            </w:r>
          </w:p>
          <w:p w14:paraId="0A74C3D8" w14:textId="4DC7F4A3" w:rsidR="00DE32DC" w:rsidRPr="00C84731" w:rsidRDefault="00DE32DC" w:rsidP="00DE32DC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C84731">
              <w:rPr>
                <w:lang w:val="en-GB"/>
              </w:rPr>
              <w:t xml:space="preserve">Email the Peer Support team. Their email is: </w:t>
            </w:r>
            <w:hyperlink r:id="rId18" w:history="1">
              <w:r w:rsidRPr="00C84731">
                <w:rPr>
                  <w:rStyle w:val="Hyperlink"/>
                  <w:lang w:val="en-GB"/>
                </w:rPr>
                <w:t>PSL@lothiancil.org.uk</w:t>
              </w:r>
            </w:hyperlink>
            <w:r w:rsidRPr="00C84731">
              <w:rPr>
                <w:lang w:val="en-GB"/>
              </w:rPr>
              <w:t xml:space="preserve"> </w:t>
            </w:r>
          </w:p>
        </w:tc>
      </w:tr>
    </w:tbl>
    <w:p w14:paraId="2F8C53FD" w14:textId="77777777" w:rsidR="008B1327" w:rsidRPr="00C84731" w:rsidRDefault="008B1327" w:rsidP="008B1327">
      <w:pPr>
        <w:pStyle w:val="Heading2"/>
        <w:rPr>
          <w:sz w:val="28"/>
          <w:szCs w:val="28"/>
          <w:lang w:val="en-GB"/>
        </w:rPr>
      </w:pPr>
    </w:p>
    <w:p w14:paraId="40ADB2D8" w14:textId="389A244E" w:rsidR="00B039A2" w:rsidRPr="00C84731" w:rsidRDefault="006132E6" w:rsidP="008B1327">
      <w:pPr>
        <w:pStyle w:val="Heading2"/>
        <w:rPr>
          <w:bCs/>
          <w:lang w:val="en-GB"/>
        </w:rPr>
      </w:pPr>
      <w:r w:rsidRPr="00C84731">
        <w:rPr>
          <w:lang w:val="en-GB"/>
        </w:rPr>
        <w:lastRenderedPageBreak/>
        <w:t>LCiL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Volunteers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Speak</w:t>
      </w:r>
      <w:r w:rsidRPr="00C84731">
        <w:rPr>
          <w:bCs/>
          <w:lang w:val="en-GB"/>
        </w:rPr>
        <w:t xml:space="preserve"> </w:t>
      </w:r>
      <w:r w:rsidR="008B1327" w:rsidRPr="00C84731">
        <w:rPr>
          <w:lang w:val="en-GB"/>
        </w:rPr>
        <w:t>at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Social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Worker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Conference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C84731" w14:paraId="3B7AD1A9" w14:textId="77777777" w:rsidTr="00C84731">
        <w:tc>
          <w:tcPr>
            <w:tcW w:w="3402" w:type="dxa"/>
            <w:vAlign w:val="center"/>
          </w:tcPr>
          <w:p w14:paraId="62B2D8F1" w14:textId="4F482053" w:rsidR="00B039A2" w:rsidRPr="00C84731" w:rsidRDefault="00E65D7A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645952" behindDoc="0" locked="0" layoutInCell="1" allowOverlap="1" wp14:anchorId="1D0CECC4" wp14:editId="2E7389E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-1300480</wp:posOffset>
                  </wp:positionV>
                  <wp:extent cx="2190750" cy="742950"/>
                  <wp:effectExtent l="0" t="0" r="0" b="0"/>
                  <wp:wrapSquare wrapText="bothSides"/>
                  <wp:docPr id="15146608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60898" name="Picture 15146608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EBDB91" w14:textId="08AAE11C" w:rsidR="00B039A2" w:rsidRPr="00C84731" w:rsidRDefault="00F17D58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190D5C7E" wp14:editId="61E1BD52">
                  <wp:extent cx="2002926" cy="11865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933" cy="119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06B2025" w14:textId="5F1F0324" w:rsidR="008B1327" w:rsidRPr="00C84731" w:rsidRDefault="000E06CD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LCiL Volunteers </w:t>
            </w:r>
            <w:r w:rsidR="001F3F2A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spoke at </w:t>
            </w:r>
            <w:r w:rsidR="008B1327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Edinburgh </w:t>
            </w:r>
            <w:r w:rsidR="001F3F2A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Napier University</w:t>
            </w:r>
            <w:r w:rsidR="008B1327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.</w:t>
            </w:r>
          </w:p>
          <w:p w14:paraId="7AF54D31" w14:textId="2BFD739E" w:rsidR="00214E19" w:rsidRPr="00C84731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 talk was to help</w:t>
            </w:r>
            <w:r w:rsidR="001F3F2A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new</w:t>
            </w:r>
            <w:r w:rsidR="00D16981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social workers</w:t>
            </w:r>
            <w:r w:rsidR="001F3F2A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understand why</w:t>
            </w:r>
            <w:r w:rsidR="00F951AF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lived experience matters.</w:t>
            </w:r>
          </w:p>
          <w:p w14:paraId="5526700B" w14:textId="0E5D87AC" w:rsidR="008B1327" w:rsidRPr="00C84731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Our LCiL v</w:t>
            </w:r>
            <w:r w:rsidR="00F17D58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olunteers and students did social care exercises together. </w:t>
            </w:r>
          </w:p>
          <w:p w14:paraId="102E8595" w14:textId="43DC6F89" w:rsidR="008B1327" w:rsidRPr="00C84731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 students and academic staff learnt about what matters to disabled people and how they feel.</w:t>
            </w:r>
          </w:p>
          <w:p w14:paraId="42CFDDBF" w14:textId="0FEBBD9D" w:rsidR="00B039A2" w:rsidRPr="00C84731" w:rsidRDefault="00F17D58" w:rsidP="008B1327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This helped students feel what it is like to be assessed and understand </w:t>
            </w:r>
            <w:r w:rsidR="008B1327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how to better help disabled people.</w:t>
            </w:r>
          </w:p>
        </w:tc>
      </w:tr>
      <w:tr w:rsidR="008B1327" w:rsidRPr="00C84731" w14:paraId="7E0CADB3" w14:textId="77777777" w:rsidTr="00C84731">
        <w:tc>
          <w:tcPr>
            <w:tcW w:w="3402" w:type="dxa"/>
            <w:vAlign w:val="center"/>
          </w:tcPr>
          <w:p w14:paraId="499A3158" w14:textId="4464962B" w:rsidR="008B1327" w:rsidRPr="00C84731" w:rsidRDefault="008A48B0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678720" behindDoc="0" locked="0" layoutInCell="1" allowOverlap="1" wp14:anchorId="7D9A3810" wp14:editId="5DD3447B">
                  <wp:simplePos x="0" y="0"/>
                  <wp:positionH relativeFrom="column">
                    <wp:posOffset>-1666875</wp:posOffset>
                  </wp:positionH>
                  <wp:positionV relativeFrom="paragraph">
                    <wp:posOffset>-10160</wp:posOffset>
                  </wp:positionV>
                  <wp:extent cx="1624965" cy="139509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3B63C86C" w14:textId="1FBC7F6A" w:rsidR="008B1327" w:rsidRPr="00C84731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 students wanted to know more and asked the volunteers many questions and gave great feedback about them.</w:t>
            </w:r>
          </w:p>
        </w:tc>
      </w:tr>
    </w:tbl>
    <w:p w14:paraId="430F4410" w14:textId="77777777" w:rsidR="00B039A2" w:rsidRPr="00C84731" w:rsidRDefault="00B039A2" w:rsidP="008B1327">
      <w:pPr>
        <w:rPr>
          <w:lang w:val="en-GB"/>
        </w:rPr>
      </w:pPr>
    </w:p>
    <w:p w14:paraId="54572BA3" w14:textId="77777777" w:rsidR="00DE32DC" w:rsidRPr="00C84731" w:rsidRDefault="00DE32DC" w:rsidP="008B1327">
      <w:pPr>
        <w:rPr>
          <w:lang w:val="en-GB"/>
        </w:rPr>
      </w:pPr>
    </w:p>
    <w:p w14:paraId="275F23C1" w14:textId="77777777" w:rsidR="00DE32DC" w:rsidRPr="00C84731" w:rsidRDefault="00DE32DC" w:rsidP="008B1327">
      <w:pPr>
        <w:rPr>
          <w:lang w:val="en-GB"/>
        </w:rPr>
      </w:pPr>
    </w:p>
    <w:p w14:paraId="6B1508A3" w14:textId="77777777" w:rsidR="00DE32DC" w:rsidRPr="00C84731" w:rsidRDefault="00DE32DC" w:rsidP="008B1327">
      <w:pPr>
        <w:rPr>
          <w:lang w:val="en-GB"/>
        </w:rPr>
      </w:pPr>
    </w:p>
    <w:p w14:paraId="15100112" w14:textId="77777777" w:rsidR="00DE32DC" w:rsidRPr="00C84731" w:rsidRDefault="00DE32DC" w:rsidP="008B1327">
      <w:pPr>
        <w:rPr>
          <w:lang w:val="en-GB"/>
        </w:rPr>
      </w:pPr>
    </w:p>
    <w:p w14:paraId="3BB2E4E4" w14:textId="77777777" w:rsidR="00B039A2" w:rsidRPr="00C84731" w:rsidRDefault="00F17D58" w:rsidP="008B1327">
      <w:pPr>
        <w:pStyle w:val="Heading2"/>
        <w:rPr>
          <w:lang w:val="en-GB"/>
        </w:rPr>
      </w:pPr>
      <w:r w:rsidRPr="00C84731">
        <w:rPr>
          <w:lang w:val="en-GB"/>
        </w:rPr>
        <w:lastRenderedPageBreak/>
        <w:t>UPMO Project Success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C84731" w14:paraId="25BD1248" w14:textId="77777777" w:rsidTr="00C84731">
        <w:tc>
          <w:tcPr>
            <w:tcW w:w="3402" w:type="dxa"/>
            <w:vAlign w:val="center"/>
          </w:tcPr>
          <w:p w14:paraId="36D22840" w14:textId="375EF771" w:rsidR="00F941A6" w:rsidRPr="00C84731" w:rsidRDefault="005A6734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621376" behindDoc="0" locked="0" layoutInCell="1" allowOverlap="1" wp14:anchorId="4FD5081F" wp14:editId="3C394F7A">
                  <wp:simplePos x="0" y="0"/>
                  <wp:positionH relativeFrom="column">
                    <wp:posOffset>-1801495</wp:posOffset>
                  </wp:positionH>
                  <wp:positionV relativeFrom="paragraph">
                    <wp:posOffset>-5080</wp:posOffset>
                  </wp:positionV>
                  <wp:extent cx="1697990" cy="1031875"/>
                  <wp:effectExtent l="0" t="0" r="0" b="0"/>
                  <wp:wrapSquare wrapText="bothSides"/>
                  <wp:docPr id="11711262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26263" name="Picture 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A1A98A" w14:textId="5C8A9EC0" w:rsidR="00B039A2" w:rsidRPr="00C84731" w:rsidRDefault="00F17D58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03296" behindDoc="0" locked="0" layoutInCell="1" allowOverlap="1" wp14:anchorId="6AB5C2A4" wp14:editId="72F58B90">
                  <wp:simplePos x="0" y="0"/>
                  <wp:positionH relativeFrom="column">
                    <wp:posOffset>-1920240</wp:posOffset>
                  </wp:positionH>
                  <wp:positionV relativeFrom="paragraph">
                    <wp:posOffset>706120</wp:posOffset>
                  </wp:positionV>
                  <wp:extent cx="2104390" cy="1099185"/>
                  <wp:effectExtent l="0" t="0" r="0" b="571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35447FA1" w14:textId="3FCA1EE1" w:rsidR="00DE32DC" w:rsidRPr="00C84731" w:rsidRDefault="00DE32DC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 Peer Support team recently completed a training programme with Upward Mobility (Upmo).</w:t>
            </w:r>
          </w:p>
          <w:p w14:paraId="5AB590CA" w14:textId="59434338" w:rsidR="00DE32DC" w:rsidRPr="00C84731" w:rsidRDefault="00DE32DC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6 Upmo students finished a 10 week course.</w:t>
            </w:r>
          </w:p>
          <w:p w14:paraId="483EA141" w14:textId="30264F5E" w:rsidR="00DE32DC" w:rsidRPr="00C84731" w:rsidRDefault="00DE32DC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Some of them now want to become LCiL volunteers.</w:t>
            </w:r>
          </w:p>
        </w:tc>
      </w:tr>
      <w:tr w:rsidR="00DE32DC" w:rsidRPr="00C84731" w14:paraId="683A4DF3" w14:textId="77777777" w:rsidTr="00C84731">
        <w:tc>
          <w:tcPr>
            <w:tcW w:w="3402" w:type="dxa"/>
            <w:vAlign w:val="center"/>
          </w:tcPr>
          <w:p w14:paraId="6ABB4E0C" w14:textId="5AD0DC92" w:rsidR="00DE32DC" w:rsidRPr="00C84731" w:rsidRDefault="00F15974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21728" behindDoc="0" locked="0" layoutInCell="1" allowOverlap="1" wp14:anchorId="5F8843C9" wp14:editId="429D5F7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908050</wp:posOffset>
                  </wp:positionV>
                  <wp:extent cx="1171575" cy="882015"/>
                  <wp:effectExtent l="0" t="0" r="9525" b="0"/>
                  <wp:wrapSquare wrapText="bothSides"/>
                  <wp:docPr id="272915174" name="Picture 14" descr="A group of people posing for a phot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915174" name="Picture 14" descr="A group of people posing for a photo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21215" behindDoc="0" locked="0" layoutInCell="1" allowOverlap="1" wp14:anchorId="2ADCBA7D" wp14:editId="7A435130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93980</wp:posOffset>
                  </wp:positionV>
                  <wp:extent cx="1637030" cy="1176020"/>
                  <wp:effectExtent l="0" t="0" r="1270" b="5080"/>
                  <wp:wrapSquare wrapText="bothSides"/>
                  <wp:docPr id="1500417119" name="Picture 15" descr="A group of people stand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417119" name="Picture 15" descr="A group of people standing in a room&#10;&#10;AI-generated content may be incorrect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784A5332" w14:textId="77777777" w:rsidR="00DE32DC" w:rsidRPr="00C84731" w:rsidRDefault="00DE32DC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 course taught them about disability equality, what peer support is, and peer facilitation skills.</w:t>
            </w:r>
          </w:p>
          <w:p w14:paraId="59D92454" w14:textId="77777777" w:rsidR="00DE32DC" w:rsidRPr="00C84731" w:rsidRDefault="00DE32DC" w:rsidP="00DE32DC">
            <w:pPr>
              <w:pStyle w:val="EasyReadBody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 students also came to LCiL’s office.</w:t>
            </w:r>
          </w:p>
          <w:p w14:paraId="2EAE1A79" w14:textId="7A539D61" w:rsidR="00DE32DC" w:rsidRPr="00C84731" w:rsidRDefault="00DE32DC" w:rsidP="00DE32DC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They met the staff and found out more about what we do.</w:t>
            </w:r>
          </w:p>
        </w:tc>
      </w:tr>
    </w:tbl>
    <w:p w14:paraId="1AD2832C" w14:textId="276DF160" w:rsidR="00B039A2" w:rsidRPr="00C84731" w:rsidRDefault="0014328C" w:rsidP="008B1327">
      <w:pPr>
        <w:pStyle w:val="Heading2"/>
        <w:rPr>
          <w:bCs/>
          <w:lang w:val="en-GB"/>
        </w:rPr>
      </w:pPr>
      <w:r w:rsidRPr="00C84731">
        <w:rPr>
          <w:lang w:val="en-GB"/>
        </w:rPr>
        <w:t>Recent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Scams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C84731" w14:paraId="41D06E2B" w14:textId="77777777" w:rsidTr="00C84731">
        <w:tc>
          <w:tcPr>
            <w:tcW w:w="3402" w:type="dxa"/>
            <w:vAlign w:val="center"/>
          </w:tcPr>
          <w:p w14:paraId="18FEF006" w14:textId="438B500F" w:rsidR="00B039A2" w:rsidRPr="00C84731" w:rsidRDefault="00A62703" w:rsidP="008B1327">
            <w:pPr>
              <w:rPr>
                <w:lang w:val="en-GB"/>
              </w:rPr>
            </w:pPr>
            <w:r w:rsidRPr="00C84731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28B3354" wp14:editId="68F9FDA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1223736</wp:posOffset>
                  </wp:positionV>
                  <wp:extent cx="1284514" cy="1284514"/>
                  <wp:effectExtent l="0" t="0" r="0" b="0"/>
                  <wp:wrapSquare wrapText="bothSides"/>
                  <wp:docPr id="97160346" name="Picture 5" descr="A group of people wearing blue scrubs and holding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60346" name="Picture 5" descr="A group of people wearing blue scrubs and holding a sign&#10;&#10;AI-generated content may be incorrect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14" cy="128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59DF" w:rsidRPr="00C84731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6F83BB1" wp14:editId="3B7A47B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-1092835</wp:posOffset>
                  </wp:positionV>
                  <wp:extent cx="2023110" cy="1071245"/>
                  <wp:effectExtent l="0" t="0" r="0" b="0"/>
                  <wp:wrapSquare wrapText="bothSides"/>
                  <wp:docPr id="2030784457" name="Picture 3" descr="Scam Alert : Stay Vigilant ! | UN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am Alert : Stay Vigilant ! | UN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E22A2" w14:textId="6CB5406D" w:rsidR="00BD59DF" w:rsidRPr="00C84731" w:rsidRDefault="00BD59DF" w:rsidP="008B1327">
            <w:pPr>
              <w:rPr>
                <w:noProof/>
                <w:lang w:val="en-GB"/>
              </w:rPr>
            </w:pPr>
          </w:p>
          <w:p w14:paraId="074AE323" w14:textId="35797A1C" w:rsidR="00B039A2" w:rsidRPr="00C84731" w:rsidRDefault="00B039A2" w:rsidP="008B1327">
            <w:pPr>
              <w:rPr>
                <w:lang w:val="en-GB"/>
              </w:rPr>
            </w:pPr>
          </w:p>
        </w:tc>
        <w:tc>
          <w:tcPr>
            <w:tcW w:w="6236" w:type="dxa"/>
            <w:vAlign w:val="center"/>
          </w:tcPr>
          <w:p w14:paraId="5EF857BB" w14:textId="33B43921" w:rsidR="00B039A2" w:rsidRPr="00C84731" w:rsidRDefault="00BD59DF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 xml:space="preserve">This section is to warn you about a </w:t>
            </w:r>
            <w:r w:rsidRPr="00C84731">
              <w:rPr>
                <w:b/>
                <w:bCs w:val="0"/>
                <w:lang w:val="en-GB"/>
              </w:rPr>
              <w:t>scam</w:t>
            </w:r>
            <w:r w:rsidRPr="00C84731">
              <w:rPr>
                <w:lang w:val="en-GB"/>
              </w:rPr>
              <w:t xml:space="preserve"> that we have heard is happening.</w:t>
            </w:r>
          </w:p>
          <w:p w14:paraId="776619BF" w14:textId="2811D401" w:rsidR="00BD59DF" w:rsidRPr="00C84731" w:rsidRDefault="00BD59DF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 xml:space="preserve">A </w:t>
            </w:r>
            <w:r w:rsidRPr="00C84731">
              <w:rPr>
                <w:b/>
                <w:bCs w:val="0"/>
                <w:lang w:val="en-GB"/>
              </w:rPr>
              <w:t xml:space="preserve">scam </w:t>
            </w:r>
            <w:r w:rsidRPr="00C84731">
              <w:rPr>
                <w:lang w:val="en-GB"/>
              </w:rPr>
              <w:t>is when someone tries to trick you into giving them information or money.</w:t>
            </w:r>
          </w:p>
          <w:p w14:paraId="42C29208" w14:textId="55432C3E" w:rsidR="00BD59DF" w:rsidRPr="00C84731" w:rsidRDefault="00BD59DF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You do not need to be worried.</w:t>
            </w:r>
          </w:p>
          <w:p w14:paraId="69B0E1B9" w14:textId="3FAC1CDF" w:rsidR="00E22B22" w:rsidRPr="00C84731" w:rsidRDefault="00BD59DF" w:rsidP="00BD59DF">
            <w:pPr>
              <w:rPr>
                <w:lang w:val="en-GB"/>
              </w:rPr>
            </w:pPr>
            <w:r w:rsidRPr="00C84731">
              <w:rPr>
                <w:lang w:val="en-GB"/>
              </w:rPr>
              <w:t>This section gives you information and tips about what you should do if you think you might be getting scammed.</w:t>
            </w:r>
          </w:p>
        </w:tc>
      </w:tr>
    </w:tbl>
    <w:p w14:paraId="57F099BA" w14:textId="225FF7C5" w:rsidR="00BD59DF" w:rsidRPr="00C84731" w:rsidRDefault="00BD59DF"/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D59DF" w:rsidRPr="00C84731" w14:paraId="39E0E51F" w14:textId="77777777" w:rsidTr="00C84731">
        <w:tc>
          <w:tcPr>
            <w:tcW w:w="3402" w:type="dxa"/>
            <w:vAlign w:val="center"/>
          </w:tcPr>
          <w:p w14:paraId="3B316F05" w14:textId="2F737034" w:rsidR="00BD59DF" w:rsidRPr="00C84731" w:rsidRDefault="00A62703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10464" behindDoc="0" locked="0" layoutInCell="1" allowOverlap="1" wp14:anchorId="7AA44943" wp14:editId="618B2A5E">
                  <wp:simplePos x="0" y="0"/>
                  <wp:positionH relativeFrom="column">
                    <wp:posOffset>-1381760</wp:posOffset>
                  </wp:positionH>
                  <wp:positionV relativeFrom="paragraph">
                    <wp:posOffset>-9525</wp:posOffset>
                  </wp:positionV>
                  <wp:extent cx="1414780" cy="1414780"/>
                  <wp:effectExtent l="0" t="0" r="0" b="0"/>
                  <wp:wrapSquare wrapText="bothSides"/>
                  <wp:docPr id="132671482" name="Picture 6" descr="A person and person sitting and tal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1482" name="Picture 6" descr="A person and person sitting and talking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727CD414" w14:textId="181EEEA8" w:rsidR="00BD59DF" w:rsidRPr="00C84731" w:rsidRDefault="00BD59DF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If you are not sure</w:t>
            </w:r>
            <w:r w:rsidR="008E0106" w:rsidRPr="00C84731">
              <w:rPr>
                <w:lang w:val="en-GB"/>
              </w:rPr>
              <w:t xml:space="preserve"> </w:t>
            </w:r>
            <w:r w:rsidR="0030204C" w:rsidRPr="00C84731">
              <w:rPr>
                <w:lang w:val="en-GB"/>
              </w:rPr>
              <w:t xml:space="preserve">about </w:t>
            </w:r>
            <w:r w:rsidR="008E0106" w:rsidRPr="00C84731">
              <w:rPr>
                <w:lang w:val="en-GB"/>
              </w:rPr>
              <w:t xml:space="preserve">something </w:t>
            </w:r>
            <w:r w:rsidRPr="00C84731">
              <w:rPr>
                <w:lang w:val="en-GB"/>
              </w:rPr>
              <w:t xml:space="preserve">or have a bad feeling about </w:t>
            </w:r>
            <w:r w:rsidR="0030204C" w:rsidRPr="00C84731">
              <w:rPr>
                <w:lang w:val="en-GB"/>
              </w:rPr>
              <w:t>it</w:t>
            </w:r>
            <w:r w:rsidRPr="00C84731">
              <w:rPr>
                <w:lang w:val="en-GB"/>
              </w:rPr>
              <w:t>, speak to someone you trust before giving anyone your information.</w:t>
            </w:r>
          </w:p>
        </w:tc>
      </w:tr>
      <w:tr w:rsidR="00A62703" w:rsidRPr="00C84731" w14:paraId="55F50607" w14:textId="77777777" w:rsidTr="00C84731">
        <w:tc>
          <w:tcPr>
            <w:tcW w:w="3402" w:type="dxa"/>
            <w:vAlign w:val="center"/>
          </w:tcPr>
          <w:p w14:paraId="791C004C" w14:textId="7E6EC0A4" w:rsidR="00A62703" w:rsidRPr="00C84731" w:rsidRDefault="008E0106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79E14F48" wp14:editId="28C77216">
                  <wp:extent cx="1828800" cy="1828800"/>
                  <wp:effectExtent l="0" t="0" r="0" b="0"/>
                  <wp:docPr id="1039506028" name="Picture 7" descr="A person talking on a cell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506028" name="Picture 7" descr="A person talking on a cell phone&#10;&#10;AI-generated content may b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703" w:rsidRPr="00C84731">
              <w:rPr>
                <w:noProof/>
                <w:lang w:val="en-GB"/>
              </w:rPr>
              <w:drawing>
                <wp:anchor distT="0" distB="0" distL="114300" distR="114300" simplePos="0" relativeHeight="251712512" behindDoc="0" locked="0" layoutInCell="1" allowOverlap="1" wp14:anchorId="5E9148F3" wp14:editId="658D2E9D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-1281430</wp:posOffset>
                  </wp:positionV>
                  <wp:extent cx="2122170" cy="746760"/>
                  <wp:effectExtent l="0" t="0" r="0" b="0"/>
                  <wp:wrapSquare wrapText="bothSides"/>
                  <wp:docPr id="3969371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37165" name="Picture 3969371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6568BD0B" w14:textId="77777777" w:rsidR="00A62703" w:rsidRPr="00C84731" w:rsidRDefault="00A62703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There is a scam using Amazon branding asking for your account details. They use fake websites to trick you.</w:t>
            </w:r>
          </w:p>
          <w:p w14:paraId="34D12064" w14:textId="77777777" w:rsidR="00A62703" w:rsidRPr="00C84731" w:rsidRDefault="00A62703" w:rsidP="00A62703">
            <w:pPr>
              <w:rPr>
                <w:lang w:val="en-GB"/>
              </w:rPr>
            </w:pPr>
            <w:r w:rsidRPr="00C84731">
              <w:rPr>
                <w:lang w:val="en-GB"/>
              </w:rPr>
              <w:t>If you get an unusual call, email or text asking for money or your details – do not share your information.</w:t>
            </w:r>
          </w:p>
          <w:p w14:paraId="42446C21" w14:textId="55D45CB1" w:rsidR="00A62703" w:rsidRPr="00C84731" w:rsidRDefault="00A62703" w:rsidP="00A62703">
            <w:pPr>
              <w:rPr>
                <w:lang w:val="en-GB"/>
              </w:rPr>
            </w:pPr>
            <w:r w:rsidRPr="00C84731">
              <w:rPr>
                <w:lang w:val="en-GB"/>
              </w:rPr>
              <w:t>Amazon will not call asking for payments or to install any apps.</w:t>
            </w:r>
          </w:p>
        </w:tc>
      </w:tr>
      <w:tr w:rsidR="008E0106" w:rsidRPr="00C84731" w14:paraId="14018B7E" w14:textId="77777777" w:rsidTr="00C84731">
        <w:tc>
          <w:tcPr>
            <w:tcW w:w="3402" w:type="dxa"/>
            <w:vAlign w:val="center"/>
          </w:tcPr>
          <w:p w14:paraId="5F51E20E" w14:textId="277EDCCD" w:rsidR="008E0106" w:rsidRPr="00C84731" w:rsidRDefault="008E0106" w:rsidP="008B1327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231D6E14" wp14:editId="4E28C82D">
                  <wp:extent cx="1828804" cy="1828804"/>
                  <wp:effectExtent l="0" t="0" r="0" b="0"/>
                  <wp:docPr id="1550902830" name="Picture 9" descr="Hands holding a tablet with a screen showing a repo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902830" name="Picture 9" descr="Hands holding a tablet with a screen showing a report&#10;&#10;AI-generated content may be incorrect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15584" behindDoc="0" locked="0" layoutInCell="1" allowOverlap="1" wp14:anchorId="7273C664" wp14:editId="0F9F5956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-1553210</wp:posOffset>
                  </wp:positionV>
                  <wp:extent cx="1534795" cy="1534795"/>
                  <wp:effectExtent l="0" t="0" r="8255" b="8255"/>
                  <wp:wrapSquare wrapText="bothSides"/>
                  <wp:docPr id="437696288" name="Picture 8" descr="A keyboard on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96288" name="Picture 8" descr="A keyboard on a computer&#10;&#10;AI-generated content may be incorrect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16993310" w14:textId="0B9198AA" w:rsidR="008E0106" w:rsidRPr="00C84731" w:rsidRDefault="008E0106" w:rsidP="008E0106">
            <w:pPr>
              <w:rPr>
                <w:lang w:val="en-GB"/>
              </w:rPr>
            </w:pPr>
            <w:r w:rsidRPr="00C84731">
              <w:rPr>
                <w:lang w:val="en-GB"/>
              </w:rPr>
              <w:t>You could get a message that looks like it is from Amazon.</w:t>
            </w:r>
          </w:p>
          <w:p w14:paraId="0E48B0B3" w14:textId="1DA05B2B" w:rsidR="008E0106" w:rsidRPr="00C84731" w:rsidRDefault="008E0106" w:rsidP="008E0106">
            <w:pPr>
              <w:rPr>
                <w:lang w:val="en-GB"/>
              </w:rPr>
            </w:pPr>
            <w:r w:rsidRPr="00C84731">
              <w:rPr>
                <w:lang w:val="en-GB"/>
              </w:rPr>
              <w:t>It might say they have found someone breaking the rules and they are giving you a refund and a new product.</w:t>
            </w:r>
          </w:p>
          <w:p w14:paraId="15AF8C3C" w14:textId="77777777" w:rsidR="008E0106" w:rsidRPr="00C84731" w:rsidRDefault="008E0106" w:rsidP="008E0106">
            <w:pPr>
              <w:rPr>
                <w:lang w:val="en-GB"/>
              </w:rPr>
            </w:pPr>
            <w:r w:rsidRPr="00C84731">
              <w:rPr>
                <w:lang w:val="en-GB"/>
              </w:rPr>
              <w:t>If they ask for any payment details or personal information, this is a scam.</w:t>
            </w:r>
          </w:p>
          <w:p w14:paraId="635A231A" w14:textId="0AA39F09" w:rsidR="008E0106" w:rsidRPr="00C84731" w:rsidRDefault="008E0106" w:rsidP="008E0106">
            <w:pPr>
              <w:rPr>
                <w:lang w:val="en-GB"/>
              </w:rPr>
            </w:pPr>
            <w:r w:rsidRPr="00C84731">
              <w:rPr>
                <w:lang w:val="en-GB"/>
              </w:rPr>
              <w:t>If something is a scam, you should ignore it and report it to Amazon.</w:t>
            </w:r>
          </w:p>
        </w:tc>
      </w:tr>
    </w:tbl>
    <w:p w14:paraId="0D9443C9" w14:textId="77777777" w:rsidR="008E0106" w:rsidRPr="00C84731" w:rsidRDefault="008E0106"/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F26DE8" w:rsidRPr="00C84731" w14:paraId="103B4A0B" w14:textId="77777777" w:rsidTr="00C84731">
        <w:tc>
          <w:tcPr>
            <w:tcW w:w="3402" w:type="dxa"/>
            <w:vAlign w:val="center"/>
          </w:tcPr>
          <w:p w14:paraId="7EEF3177" w14:textId="0BC5F407" w:rsidR="00F26DE8" w:rsidRPr="00C84731" w:rsidRDefault="008E0106" w:rsidP="00F26DE8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16608" behindDoc="0" locked="0" layoutInCell="1" allowOverlap="1" wp14:anchorId="442F7567" wp14:editId="2DE2CA93">
                  <wp:simplePos x="0" y="0"/>
                  <wp:positionH relativeFrom="column">
                    <wp:posOffset>-1609090</wp:posOffset>
                  </wp:positionH>
                  <wp:positionV relativeFrom="paragraph">
                    <wp:posOffset>-42545</wp:posOffset>
                  </wp:positionV>
                  <wp:extent cx="1570990" cy="154813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C46462" w14:textId="77777777" w:rsidR="00F26DE8" w:rsidRPr="00C84731" w:rsidRDefault="00F26DE8" w:rsidP="00F26DE8">
            <w:pPr>
              <w:rPr>
                <w:noProof/>
                <w:lang w:val="en-GB"/>
              </w:rPr>
            </w:pPr>
          </w:p>
        </w:tc>
        <w:tc>
          <w:tcPr>
            <w:tcW w:w="6236" w:type="dxa"/>
            <w:vAlign w:val="center"/>
          </w:tcPr>
          <w:p w14:paraId="58C28705" w14:textId="77777777" w:rsidR="008E0106" w:rsidRPr="00C84731" w:rsidRDefault="00F26DE8" w:rsidP="00F26DE8">
            <w:pPr>
              <w:rPr>
                <w:lang w:val="en-GB"/>
              </w:rPr>
            </w:pPr>
            <w:r w:rsidRPr="00C84731">
              <w:rPr>
                <w:lang w:val="en-GB"/>
              </w:rPr>
              <w:t xml:space="preserve">If you are unsure about a message from Amazon, check your Message Centre in your account. </w:t>
            </w:r>
          </w:p>
          <w:p w14:paraId="244BEFCD" w14:textId="16E13532" w:rsidR="00F26DE8" w:rsidRPr="00C84731" w:rsidRDefault="00F26DE8" w:rsidP="00F26DE8">
            <w:pPr>
              <w:rPr>
                <w:lang w:val="en-GB"/>
              </w:rPr>
            </w:pPr>
            <w:r w:rsidRPr="00C84731">
              <w:rPr>
                <w:lang w:val="en-GB"/>
              </w:rPr>
              <w:t>This will show all real messages from them.</w:t>
            </w:r>
          </w:p>
        </w:tc>
      </w:tr>
    </w:tbl>
    <w:p w14:paraId="696BA376" w14:textId="616AD44F" w:rsidR="0030204C" w:rsidRPr="00C84731" w:rsidRDefault="0039090A" w:rsidP="0030204C">
      <w:pPr>
        <w:pStyle w:val="Heading2"/>
        <w:rPr>
          <w:lang w:val="en-GB"/>
        </w:rPr>
      </w:pPr>
      <w:r w:rsidRPr="00C84731">
        <w:rPr>
          <w:lang w:val="en-GB"/>
        </w:rPr>
        <w:t>Butternut</w:t>
      </w:r>
      <w:r w:rsidRPr="00C84731">
        <w:rPr>
          <w:bCs/>
          <w:lang w:val="en-GB"/>
        </w:rPr>
        <w:t xml:space="preserve"> </w:t>
      </w:r>
      <w:r w:rsidRPr="00C84731">
        <w:rPr>
          <w:lang w:val="en-GB"/>
        </w:rPr>
        <w:t>and</w:t>
      </w:r>
      <w:r w:rsidR="00F857D4" w:rsidRPr="00C84731">
        <w:rPr>
          <w:bCs/>
          <w:lang w:val="en-GB"/>
        </w:rPr>
        <w:t xml:space="preserve"> </w:t>
      </w:r>
      <w:r w:rsidR="00F857D4" w:rsidRPr="00C84731">
        <w:rPr>
          <w:lang w:val="en-GB"/>
        </w:rPr>
        <w:t>Bean</w:t>
      </w:r>
      <w:r w:rsidR="00F857D4" w:rsidRPr="00C84731">
        <w:rPr>
          <w:bCs/>
          <w:lang w:val="en-GB"/>
        </w:rPr>
        <w:t xml:space="preserve"> </w:t>
      </w:r>
      <w:r w:rsidR="00F857D4" w:rsidRPr="00C84731">
        <w:rPr>
          <w:lang w:val="en-GB"/>
        </w:rPr>
        <w:t>Soup</w:t>
      </w:r>
      <w:r w:rsidR="00F857D4" w:rsidRPr="00C84731">
        <w:rPr>
          <w:bCs/>
          <w:lang w:val="en-GB"/>
        </w:rPr>
        <w:t xml:space="preserve"> </w:t>
      </w:r>
      <w:r w:rsidR="00F857D4" w:rsidRPr="00C84731">
        <w:rPr>
          <w:lang w:val="en-GB"/>
        </w:rPr>
        <w:t>Recipe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6"/>
      </w:tblGrid>
      <w:tr w:rsidR="0030204C" w:rsidRPr="00C84731" w14:paraId="68ADA7A5" w14:textId="77777777" w:rsidTr="00C84731">
        <w:tc>
          <w:tcPr>
            <w:tcW w:w="3402" w:type="dxa"/>
          </w:tcPr>
          <w:p w14:paraId="7CA1D445" w14:textId="07BBFD50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51F1932B" wp14:editId="46434212">
                  <wp:extent cx="1800000" cy="1551076"/>
                  <wp:effectExtent l="0" t="0" r="0" b="0"/>
                  <wp:docPr id="15180760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076075" name="Picture 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5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686D9571" w14:textId="77777777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This section has a recipe for Butternut and Bean soup.</w:t>
            </w:r>
          </w:p>
          <w:p w14:paraId="440A849C" w14:textId="77777777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The whole recipe costs around £2.</w:t>
            </w:r>
          </w:p>
          <w:p w14:paraId="75BD5B32" w14:textId="77777777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It will make 4 portions.</w:t>
            </w:r>
          </w:p>
          <w:p w14:paraId="6759520D" w14:textId="6BBDF5B5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You can keep it in the fridge for up to 4 days.</w:t>
            </w:r>
          </w:p>
        </w:tc>
      </w:tr>
      <w:tr w:rsidR="0030204C" w:rsidRPr="00C84731" w14:paraId="47D91AA5" w14:textId="77777777" w:rsidTr="00C84731">
        <w:tc>
          <w:tcPr>
            <w:tcW w:w="3402" w:type="dxa"/>
          </w:tcPr>
          <w:p w14:paraId="6905467F" w14:textId="56E5175D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17632" behindDoc="0" locked="0" layoutInCell="1" allowOverlap="1" wp14:anchorId="4E3D8A77" wp14:editId="041CB8F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4445</wp:posOffset>
                  </wp:positionV>
                  <wp:extent cx="1055370" cy="1055370"/>
                  <wp:effectExtent l="0" t="0" r="0" b="0"/>
                  <wp:wrapSquare wrapText="bothSides"/>
                  <wp:docPr id="1260323735" name="Picture 11" descr="A two cell phones with apps on the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323735" name="Picture 11" descr="A two cell phones with apps on the screen&#10;&#10;AI-generated content may be incorrect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19680" behindDoc="0" locked="0" layoutInCell="1" allowOverlap="1" wp14:anchorId="4A68DF24" wp14:editId="2B0B01B2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286748</wp:posOffset>
                  </wp:positionV>
                  <wp:extent cx="1621790" cy="1621790"/>
                  <wp:effectExtent l="0" t="0" r="0" b="0"/>
                  <wp:wrapSquare wrapText="bothSides"/>
                  <wp:docPr id="1131512073" name="Picture 12" descr="A white tag with a black pound symbol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512073" name="Picture 12" descr="A white tag with a black pound symbol on it&#10;&#10;AI-generated content may be incorrect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</w:tcPr>
          <w:p w14:paraId="0A6E6303" w14:textId="05640A2A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We made this recipe by using</w:t>
            </w:r>
            <w:r w:rsidR="0038605D">
              <w:rPr>
                <w:lang w:val="en-GB"/>
              </w:rPr>
              <w:t xml:space="preserve"> </w:t>
            </w:r>
            <w:proofErr w:type="spellStart"/>
            <w:r w:rsidR="0038605D">
              <w:rPr>
                <w:lang w:val="en-GB"/>
              </w:rPr>
              <w:t>using</w:t>
            </w:r>
            <w:proofErr w:type="spellEnd"/>
            <w:r w:rsidR="0038605D">
              <w:rPr>
                <w:lang w:val="en-GB"/>
              </w:rPr>
              <w:t xml:space="preserve"> an app we were told about in our Cost of Living workshops</w:t>
            </w:r>
            <w:r w:rsidRPr="00C84731">
              <w:rPr>
                <w:lang w:val="en-GB"/>
              </w:rPr>
              <w:t xml:space="preserve"> that told us the cheapest places to buy different ingredients.</w:t>
            </w:r>
          </w:p>
        </w:tc>
      </w:tr>
      <w:tr w:rsidR="0030204C" w:rsidRPr="00C84731" w14:paraId="0666DFAE" w14:textId="77777777" w:rsidTr="00C84731">
        <w:tc>
          <w:tcPr>
            <w:tcW w:w="3402" w:type="dxa"/>
          </w:tcPr>
          <w:p w14:paraId="6EDFFA64" w14:textId="0D48AC00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20704" behindDoc="0" locked="0" layoutInCell="1" allowOverlap="1" wp14:anchorId="37FB3B8A" wp14:editId="11CD83EC">
                  <wp:simplePos x="0" y="0"/>
                  <wp:positionH relativeFrom="column">
                    <wp:posOffset>232500</wp:posOffset>
                  </wp:positionH>
                  <wp:positionV relativeFrom="paragraph">
                    <wp:posOffset>33292</wp:posOffset>
                  </wp:positionV>
                  <wp:extent cx="1316990" cy="1316990"/>
                  <wp:effectExtent l="0" t="0" r="0" b="0"/>
                  <wp:wrapSquare wrapText="bothSides"/>
                  <wp:docPr id="1867157729" name="Picture 13" descr="A group of food on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157729" name="Picture 13" descr="A group of food on a table&#10;&#10;AI-generated content may be incorrect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</w:tcPr>
          <w:p w14:paraId="461F8BB1" w14:textId="77777777" w:rsidR="0030204C" w:rsidRPr="00C84731" w:rsidRDefault="0030204C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This is a list of all the ingredients you will need:</w:t>
            </w:r>
          </w:p>
          <w:p w14:paraId="2195AEFD" w14:textId="5065D929" w:rsidR="00C32922" w:rsidRPr="00C84731" w:rsidRDefault="00C32922" w:rsidP="0030204C">
            <w:pPr>
              <w:rPr>
                <w:lang w:val="en-GB"/>
              </w:rPr>
            </w:pPr>
            <w:r w:rsidRPr="00C84731">
              <w:rPr>
                <w:lang w:val="en-GB"/>
              </w:rPr>
              <w:t>The list includes food from Tesco and Asda. You can go to other shops if that makes more sense for you.</w:t>
            </w:r>
          </w:p>
        </w:tc>
      </w:tr>
    </w:tbl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9B6D61" w:rsidRPr="00C84731" w14:paraId="1FF0A410" w14:textId="77777777" w:rsidTr="009D0077">
        <w:tc>
          <w:tcPr>
            <w:tcW w:w="3402" w:type="dxa"/>
            <w:vAlign w:val="center"/>
          </w:tcPr>
          <w:p w14:paraId="77973B8E" w14:textId="3C233AB5" w:rsidR="009B6D61" w:rsidRPr="00C84731" w:rsidRDefault="009D0077" w:rsidP="008B1327">
            <w:pPr>
              <w:rPr>
                <w:lang w:val="en-GB"/>
              </w:rPr>
            </w:pPr>
            <w:r w:rsidRPr="00C84731">
              <w:rPr>
                <w:noProof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23CB8CF8" wp14:editId="2D4AE3D8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1478915</wp:posOffset>
                  </wp:positionV>
                  <wp:extent cx="1273175" cy="1273175"/>
                  <wp:effectExtent l="0" t="0" r="3175" b="3175"/>
                  <wp:wrapSquare wrapText="bothSides"/>
                  <wp:docPr id="1356922153" name="Picture 16" descr="ASDA - Apps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DA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731">
              <w:rPr>
                <w:noProof/>
              </w:rPr>
              <w:t xml:space="preserve"> </w:t>
            </w:r>
            <w:r w:rsidR="007A782D" w:rsidRPr="00C84731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9E68719" wp14:editId="5CC5322F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-1193165</wp:posOffset>
                  </wp:positionV>
                  <wp:extent cx="1447800" cy="1447800"/>
                  <wp:effectExtent l="0" t="0" r="0" b="0"/>
                  <wp:wrapSquare wrapText="bothSides"/>
                  <wp:docPr id="1577874526" name="Picture 17" descr="Tesco - Liverpool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sco - Liverpool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54E50ACF" w14:textId="77777777" w:rsidR="00C32922" w:rsidRPr="00C84731" w:rsidRDefault="00C32922" w:rsidP="00C32922">
            <w:pPr>
              <w:rPr>
                <w:lang w:val="en-GB"/>
              </w:rPr>
            </w:pPr>
            <w:r w:rsidRPr="00C84731">
              <w:rPr>
                <w:lang w:val="en-GB"/>
              </w:rPr>
              <w:t>From Tesco:</w:t>
            </w:r>
          </w:p>
          <w:p w14:paraId="71DC7B66" w14:textId="429757B2" w:rsidR="00C32922" w:rsidRPr="00C84731" w:rsidRDefault="00C32922" w:rsidP="00C32922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C84731">
              <w:rPr>
                <w:lang w:val="en-GB"/>
              </w:rPr>
              <w:t>1 onion</w:t>
            </w:r>
          </w:p>
          <w:p w14:paraId="3276E00E" w14:textId="4F35F9DF" w:rsidR="00C32922" w:rsidRPr="00C84731" w:rsidRDefault="00C32922" w:rsidP="00C32922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C84731">
              <w:rPr>
                <w:lang w:val="en-GB"/>
              </w:rPr>
              <w:t>1 garlic clove</w:t>
            </w:r>
          </w:p>
          <w:p w14:paraId="157E576C" w14:textId="22E2A7B3" w:rsidR="00C32922" w:rsidRPr="00C84731" w:rsidRDefault="00C32922" w:rsidP="00C32922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C84731">
              <w:rPr>
                <w:lang w:val="en-GB"/>
              </w:rPr>
              <w:t>Frozen bag of butternut squash</w:t>
            </w:r>
          </w:p>
          <w:p w14:paraId="4960D019" w14:textId="77777777" w:rsidR="00C32922" w:rsidRPr="00C84731" w:rsidRDefault="00C32922" w:rsidP="00C32922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C84731">
              <w:rPr>
                <w:lang w:val="en-GB"/>
              </w:rPr>
              <w:t>Pack of 10 vegetable stock</w:t>
            </w:r>
          </w:p>
          <w:p w14:paraId="4F399C5C" w14:textId="77777777" w:rsidR="009B6D61" w:rsidRDefault="00C32922" w:rsidP="00C32922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C84731">
              <w:rPr>
                <w:lang w:val="en-GB"/>
              </w:rPr>
              <w:t>1 small jar of parsley</w:t>
            </w:r>
          </w:p>
          <w:p w14:paraId="168E8F94" w14:textId="77777777" w:rsidR="009D0077" w:rsidRDefault="009D0077" w:rsidP="009D0077">
            <w:pPr>
              <w:rPr>
                <w:lang w:val="en-GB"/>
              </w:rPr>
            </w:pPr>
            <w:r w:rsidRPr="009D0077">
              <w:rPr>
                <w:lang w:val="en-GB"/>
              </w:rPr>
              <w:t>From ASDA:</w:t>
            </w:r>
          </w:p>
          <w:p w14:paraId="45007A9F" w14:textId="77777777" w:rsidR="009D0077" w:rsidRPr="009D0077" w:rsidRDefault="009D0077" w:rsidP="009D0077">
            <w:pPr>
              <w:pStyle w:val="ListParagraph"/>
              <w:numPr>
                <w:ilvl w:val="0"/>
                <w:numId w:val="29"/>
              </w:numPr>
              <w:rPr>
                <w:lang w:val="en-GB"/>
              </w:rPr>
            </w:pPr>
            <w:r w:rsidRPr="009D0077">
              <w:rPr>
                <w:lang w:val="en-GB"/>
              </w:rPr>
              <w:t>400g can of Cannellini beans</w:t>
            </w:r>
          </w:p>
          <w:p w14:paraId="7FD4C0AD" w14:textId="21473D1E" w:rsidR="009D0077" w:rsidRPr="009D0077" w:rsidRDefault="009D0077" w:rsidP="009D0077">
            <w:pPr>
              <w:pStyle w:val="ListParagraph"/>
              <w:numPr>
                <w:ilvl w:val="0"/>
                <w:numId w:val="29"/>
              </w:numPr>
              <w:rPr>
                <w:lang w:val="en-GB"/>
              </w:rPr>
            </w:pPr>
            <w:r w:rsidRPr="009D0077">
              <w:rPr>
                <w:lang w:val="en-GB"/>
              </w:rPr>
              <w:t>1 medium potato</w:t>
            </w:r>
          </w:p>
        </w:tc>
      </w:tr>
      <w:tr w:rsidR="00C32922" w:rsidRPr="00C84731" w14:paraId="6EC9C9B3" w14:textId="77777777" w:rsidTr="009D0077">
        <w:tc>
          <w:tcPr>
            <w:tcW w:w="3402" w:type="dxa"/>
            <w:vAlign w:val="center"/>
          </w:tcPr>
          <w:p w14:paraId="72E99E2C" w14:textId="2F1683AB" w:rsidR="00C32922" w:rsidRPr="00C84731" w:rsidRDefault="009D0077" w:rsidP="00C32922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2E2ABFE4" wp14:editId="6327BE8F">
                  <wp:extent cx="1964690" cy="2022475"/>
                  <wp:effectExtent l="0" t="0" r="0" b="0"/>
                  <wp:docPr id="7035760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576070" name="Picture 7035760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2922" w:rsidRPr="00C84731">
              <w:rPr>
                <w:noProof/>
                <w:lang w:val="en-GB"/>
              </w:rPr>
              <w:drawing>
                <wp:anchor distT="0" distB="0" distL="114300" distR="114300" simplePos="0" relativeHeight="251724800" behindDoc="0" locked="0" layoutInCell="1" allowOverlap="1" wp14:anchorId="4A0B1C25" wp14:editId="06BAB10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2760345</wp:posOffset>
                  </wp:positionV>
                  <wp:extent cx="1990725" cy="2120265"/>
                  <wp:effectExtent l="0" t="0" r="9525" b="0"/>
                  <wp:wrapTopAndBottom/>
                  <wp:docPr id="542267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267456" name="Picture 54226745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6608DD37" w14:textId="77777777" w:rsidR="00C32922" w:rsidRPr="00C84731" w:rsidRDefault="00C32922" w:rsidP="00C32922">
            <w:pPr>
              <w:rPr>
                <w:lang w:val="en-GB"/>
              </w:rPr>
            </w:pPr>
            <w:r w:rsidRPr="00C84731">
              <w:rPr>
                <w:lang w:val="en-GB"/>
              </w:rPr>
              <w:t>To make the soup, follow the steps below.</w:t>
            </w:r>
          </w:p>
          <w:p w14:paraId="59ECB59A" w14:textId="1B00B49E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Chop up the onion, garlic, and potato</w:t>
            </w:r>
          </w:p>
          <w:p w14:paraId="4D551E58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Mix 2 stock cubes with boiling water to make 1 litre of stock</w:t>
            </w:r>
          </w:p>
          <w:p w14:paraId="7908F4C2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In a pan, add the onions and 3 tablespoons of water.</w:t>
            </w:r>
          </w:p>
          <w:p w14:paraId="00B460A7" w14:textId="6B317DB8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Cook for 10 minutes.</w:t>
            </w:r>
          </w:p>
          <w:p w14:paraId="71E52B02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Add the garlic and stir</w:t>
            </w:r>
          </w:p>
          <w:p w14:paraId="5EDE1704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Wait 1 minute</w:t>
            </w:r>
          </w:p>
          <w:p w14:paraId="25BB8D2F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Add the butternut squash, the potato, and the stock.</w:t>
            </w:r>
          </w:p>
          <w:p w14:paraId="66D96036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Simmer for 10 minutes.</w:t>
            </w:r>
          </w:p>
          <w:p w14:paraId="5BFF49A4" w14:textId="77777777" w:rsidR="00C32922" w:rsidRPr="00C84731" w:rsidRDefault="00C32922" w:rsidP="00C32922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 w:rsidRPr="00C84731">
              <w:rPr>
                <w:lang w:val="en-GB"/>
              </w:rPr>
              <w:t>Drain the beans and then add them.</w:t>
            </w:r>
          </w:p>
          <w:p w14:paraId="0765FDE4" w14:textId="039DA9F8" w:rsidR="00C32922" w:rsidRPr="00C84731" w:rsidRDefault="00C32922" w:rsidP="00C32922">
            <w:pPr>
              <w:rPr>
                <w:lang w:val="en-GB"/>
              </w:rPr>
            </w:pPr>
            <w:r w:rsidRPr="00C84731">
              <w:rPr>
                <w:lang w:val="en-GB"/>
              </w:rPr>
              <w:t>Finish the soup by adding parsley to garnish.</w:t>
            </w:r>
          </w:p>
        </w:tc>
      </w:tr>
    </w:tbl>
    <w:p w14:paraId="2FCF8521" w14:textId="2B5CD254" w:rsidR="00B039A2" w:rsidRPr="00C84731" w:rsidRDefault="005064D3" w:rsidP="008B1327">
      <w:pPr>
        <w:pStyle w:val="Heading2"/>
        <w:rPr>
          <w:lang w:val="en-GB"/>
        </w:rPr>
      </w:pPr>
      <w:r w:rsidRPr="00C84731">
        <w:rPr>
          <w:lang w:val="en-GB"/>
        </w:rPr>
        <w:lastRenderedPageBreak/>
        <w:t>New book from Sarah Burchett-Cook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C84731" w14:paraId="700B90A2" w14:textId="77777777" w:rsidTr="00C84731">
        <w:tc>
          <w:tcPr>
            <w:tcW w:w="3402" w:type="dxa"/>
            <w:vAlign w:val="center"/>
          </w:tcPr>
          <w:p w14:paraId="0B6AAAC8" w14:textId="681EEF0C" w:rsidR="00B039A2" w:rsidRPr="00C84731" w:rsidRDefault="007A782D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26848" behindDoc="1" locked="0" layoutInCell="1" allowOverlap="1" wp14:anchorId="1379242F" wp14:editId="23B9AA8F">
                  <wp:simplePos x="0" y="0"/>
                  <wp:positionH relativeFrom="column">
                    <wp:posOffset>-1523365</wp:posOffset>
                  </wp:positionH>
                  <wp:positionV relativeFrom="paragraph">
                    <wp:posOffset>-721360</wp:posOffset>
                  </wp:positionV>
                  <wp:extent cx="1534160" cy="2623185"/>
                  <wp:effectExtent l="0" t="0" r="8890" b="5715"/>
                  <wp:wrapTight wrapText="bothSides">
                    <wp:wrapPolygon edited="0">
                      <wp:start x="0" y="0"/>
                      <wp:lineTo x="0" y="21490"/>
                      <wp:lineTo x="21457" y="21490"/>
                      <wp:lineTo x="2145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46B877E0" w14:textId="77777777" w:rsidR="007A782D" w:rsidRPr="00C84731" w:rsidRDefault="00D3041C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Sarah Burchett-Cook</w:t>
            </w:r>
            <w:r w:rsidR="006F1F4F" w:rsidRPr="00C84731">
              <w:rPr>
                <w:lang w:val="en-GB"/>
              </w:rPr>
              <w:t xml:space="preserve"> i</w:t>
            </w:r>
            <w:r w:rsidR="007A782D" w:rsidRPr="00C84731">
              <w:rPr>
                <w:lang w:val="en-GB"/>
              </w:rPr>
              <w:t xml:space="preserve">s part of </w:t>
            </w:r>
            <w:r w:rsidR="006F1F4F" w:rsidRPr="00C84731">
              <w:rPr>
                <w:lang w:val="en-GB"/>
              </w:rPr>
              <w:t>our Payroll team</w:t>
            </w:r>
            <w:r w:rsidR="007A782D" w:rsidRPr="00C84731">
              <w:rPr>
                <w:lang w:val="en-GB"/>
              </w:rPr>
              <w:t>.</w:t>
            </w:r>
          </w:p>
          <w:p w14:paraId="251CC92C" w14:textId="60452DA6" w:rsidR="00F60774" w:rsidRPr="00C84731" w:rsidRDefault="007A782D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She also</w:t>
            </w:r>
            <w:r w:rsidR="006F1F4F" w:rsidRPr="00C84731">
              <w:rPr>
                <w:lang w:val="en-GB"/>
              </w:rPr>
              <w:t xml:space="preserve"> writes books and is a published author.</w:t>
            </w:r>
          </w:p>
          <w:p w14:paraId="42EDC7D6" w14:textId="7C091C3C" w:rsidR="00056B3E" w:rsidRPr="00C84731" w:rsidRDefault="006A3DC5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She has a new book called</w:t>
            </w:r>
            <w:r w:rsidR="00DE6CD5" w:rsidRPr="00C84731">
              <w:rPr>
                <w:lang w:val="en-GB"/>
              </w:rPr>
              <w:t xml:space="preserve"> ‘Someone Else’s War</w:t>
            </w:r>
            <w:r w:rsidR="00056B3E" w:rsidRPr="00C84731">
              <w:rPr>
                <w:lang w:val="en-GB"/>
              </w:rPr>
              <w:t>.</w:t>
            </w:r>
          </w:p>
          <w:p w14:paraId="129E6914" w14:textId="3E549CE4" w:rsidR="00B84106" w:rsidRPr="00C84731" w:rsidRDefault="00DE6CD5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It is her second book</w:t>
            </w:r>
            <w:r w:rsidR="00EF00DA" w:rsidRPr="00C84731">
              <w:rPr>
                <w:lang w:val="en-GB"/>
              </w:rPr>
              <w:t xml:space="preserve"> in</w:t>
            </w:r>
            <w:r w:rsidR="001E40EC" w:rsidRPr="00C84731">
              <w:rPr>
                <w:lang w:val="en-GB"/>
              </w:rPr>
              <w:t xml:space="preserve"> the</w:t>
            </w:r>
            <w:r w:rsidR="00A73E6C" w:rsidRPr="00C84731">
              <w:rPr>
                <w:lang w:val="en-GB"/>
              </w:rPr>
              <w:t xml:space="preserve"> series called </w:t>
            </w:r>
            <w:r w:rsidR="007A782D" w:rsidRPr="00C84731">
              <w:rPr>
                <w:lang w:val="en-GB"/>
              </w:rPr>
              <w:t>t</w:t>
            </w:r>
            <w:r w:rsidR="00DB0298" w:rsidRPr="00C84731">
              <w:rPr>
                <w:lang w:val="en-GB"/>
              </w:rPr>
              <w:t>he ‘Rosa Chronicles Trilogy’</w:t>
            </w:r>
            <w:r w:rsidR="00056B3E" w:rsidRPr="00C84731">
              <w:rPr>
                <w:lang w:val="en-GB"/>
              </w:rPr>
              <w:t>.</w:t>
            </w:r>
          </w:p>
          <w:p w14:paraId="06406912" w14:textId="3A09AA41" w:rsidR="0038595C" w:rsidRPr="00C84731" w:rsidRDefault="00277B33" w:rsidP="008B1327">
            <w:pPr>
              <w:rPr>
                <w:lang w:val="en-GB"/>
              </w:rPr>
            </w:pPr>
            <w:r w:rsidRPr="00C84731">
              <w:rPr>
                <w:lang w:val="en-GB"/>
              </w:rPr>
              <w:t>Find out more</w:t>
            </w:r>
            <w:r w:rsidR="00B67397" w:rsidRPr="00C84731">
              <w:rPr>
                <w:lang w:val="en-GB"/>
              </w:rPr>
              <w:t>:</w:t>
            </w:r>
            <w:r w:rsidR="007468FD" w:rsidRPr="00C84731">
              <w:rPr>
                <w:lang w:val="en-GB"/>
              </w:rPr>
              <w:t xml:space="preserve"> </w:t>
            </w:r>
            <w:hyperlink r:id="rId43" w:history="1">
              <w:r w:rsidR="007A782D" w:rsidRPr="00C84731">
                <w:rPr>
                  <w:rStyle w:val="Hyperlink"/>
                  <w:lang w:val="en-GB"/>
                </w:rPr>
                <w:t>www.sarahburchettcook.co.uk</w:t>
              </w:r>
            </w:hyperlink>
            <w:r w:rsidR="007A782D" w:rsidRPr="00C84731">
              <w:rPr>
                <w:lang w:val="en-GB"/>
              </w:rPr>
              <w:t xml:space="preserve"> </w:t>
            </w:r>
          </w:p>
        </w:tc>
      </w:tr>
    </w:tbl>
    <w:p w14:paraId="6F23ACE3" w14:textId="6F0A9937" w:rsidR="00B039A2" w:rsidRPr="00C84731" w:rsidRDefault="00437B7B" w:rsidP="008B1327">
      <w:pPr>
        <w:pStyle w:val="Heading2"/>
        <w:rPr>
          <w:lang w:val="en-GB"/>
        </w:rPr>
      </w:pPr>
      <w:r w:rsidRPr="00C84731">
        <w:rPr>
          <w:lang w:val="en-GB"/>
        </w:rPr>
        <w:t>LCiL Services and how we support people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6"/>
      </w:tblGrid>
      <w:tr w:rsidR="005563B9" w:rsidRPr="00C84731" w14:paraId="63541A35" w14:textId="77777777" w:rsidTr="00C84731">
        <w:tc>
          <w:tcPr>
            <w:tcW w:w="3402" w:type="dxa"/>
          </w:tcPr>
          <w:p w14:paraId="3E513105" w14:textId="799AD8F8" w:rsidR="005563B9" w:rsidRPr="00C84731" w:rsidRDefault="005563B9" w:rsidP="005563B9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4482A272" wp14:editId="1B21AB88">
                  <wp:extent cx="1688930" cy="1447800"/>
                  <wp:effectExtent l="0" t="0" r="6985" b="0"/>
                  <wp:docPr id="9156619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61947" name="Picture 9156619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51" cy="147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518A7DA3" w14:textId="414C17BA" w:rsidR="005563B9" w:rsidRPr="00C84731" w:rsidRDefault="005563B9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>T</w:t>
            </w:r>
            <w:r w:rsidR="00C84731" w:rsidRPr="00C84731">
              <w:rPr>
                <w:lang w:val="en-GB"/>
              </w:rPr>
              <w:t>his section is about us at LCiL.</w:t>
            </w:r>
          </w:p>
          <w:p w14:paraId="4BD2715F" w14:textId="03F2A6B0" w:rsidR="005563B9" w:rsidRPr="00C84731" w:rsidRDefault="005563B9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>We help disabled people, those with long-term health conditions, and older people in Edinburgh and the Lothians.</w:t>
            </w:r>
          </w:p>
        </w:tc>
      </w:tr>
      <w:tr w:rsidR="005563B9" w:rsidRPr="00C84731" w14:paraId="1452DA10" w14:textId="77777777" w:rsidTr="00C84731">
        <w:tc>
          <w:tcPr>
            <w:tcW w:w="3402" w:type="dxa"/>
          </w:tcPr>
          <w:p w14:paraId="4E57FB86" w14:textId="03A6A3C0" w:rsidR="005563B9" w:rsidRPr="00C84731" w:rsidRDefault="00C84731" w:rsidP="005563B9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anchor distT="0" distB="0" distL="114300" distR="114300" simplePos="0" relativeHeight="251727872" behindDoc="0" locked="0" layoutInCell="1" allowOverlap="1" wp14:anchorId="2AE4B087" wp14:editId="04533B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619125</wp:posOffset>
                  </wp:positionV>
                  <wp:extent cx="1828804" cy="1828804"/>
                  <wp:effectExtent l="0" t="0" r="0" b="0"/>
                  <wp:wrapSquare wrapText="bothSides"/>
                  <wp:docPr id="1602309907" name="Picture 18" descr="A group of people standing around a person in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09907" name="Picture 18" descr="A group of people standing around a person in a wheelchair&#10;&#10;AI-generated content may be incorrect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6" w:type="dxa"/>
          </w:tcPr>
          <w:p w14:paraId="32CFBC27" w14:textId="3A444952" w:rsidR="005563B9" w:rsidRPr="00C84731" w:rsidRDefault="005563B9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>We provide services that support independent living. Our services include:</w:t>
            </w:r>
          </w:p>
          <w:p w14:paraId="7CA3DDEB" w14:textId="77777777" w:rsidR="005563B9" w:rsidRPr="00C84731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C84731">
              <w:rPr>
                <w:lang w:val="en-GB"/>
              </w:rPr>
              <w:t>Peer Support groups</w:t>
            </w:r>
          </w:p>
          <w:p w14:paraId="35858093" w14:textId="77777777" w:rsidR="005563B9" w:rsidRPr="00C84731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C84731">
              <w:rPr>
                <w:lang w:val="en-GB"/>
              </w:rPr>
              <w:t>Payroll Service and Financial Management</w:t>
            </w:r>
          </w:p>
          <w:p w14:paraId="5DA25926" w14:textId="77777777" w:rsidR="005563B9" w:rsidRPr="00C84731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C84731">
              <w:rPr>
                <w:lang w:val="en-GB"/>
              </w:rPr>
              <w:t>Independent Living Support</w:t>
            </w:r>
          </w:p>
          <w:p w14:paraId="205913A1" w14:textId="3842E72A" w:rsidR="005563B9" w:rsidRPr="00C84731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C84731">
              <w:rPr>
                <w:lang w:val="en-GB"/>
              </w:rPr>
              <w:t>Disability Advice and Information</w:t>
            </w:r>
          </w:p>
        </w:tc>
      </w:tr>
    </w:tbl>
    <w:p w14:paraId="0E4170A1" w14:textId="38337EEF" w:rsidR="005563B9" w:rsidRPr="00C84731" w:rsidRDefault="00C84731" w:rsidP="00C84731">
      <w:pPr>
        <w:pStyle w:val="Heading2"/>
      </w:pPr>
      <w:r w:rsidRPr="00C84731">
        <w:lastRenderedPageBreak/>
        <w:t>Support LCiL and the work we do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6"/>
      </w:tblGrid>
      <w:tr w:rsidR="005563B9" w:rsidRPr="00C84731" w14:paraId="4B40039F" w14:textId="77777777" w:rsidTr="00C84731">
        <w:tc>
          <w:tcPr>
            <w:tcW w:w="3402" w:type="dxa"/>
          </w:tcPr>
          <w:p w14:paraId="2C7E5525" w14:textId="6D2F44BB" w:rsidR="005563B9" w:rsidRPr="00C84731" w:rsidRDefault="005563B9" w:rsidP="005563B9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496CB677" wp14:editId="6AA0C8DF">
                  <wp:extent cx="1800000" cy="2144681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72BE9149" w14:textId="77777777" w:rsidR="005563B9" w:rsidRPr="00C84731" w:rsidRDefault="005563B9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>Donations help us to provide services to support people to live independent lives.</w:t>
            </w:r>
          </w:p>
          <w:p w14:paraId="22C513AA" w14:textId="4ADBB34D" w:rsidR="00C84731" w:rsidRPr="00C84731" w:rsidRDefault="005563B9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 xml:space="preserve">If you </w:t>
            </w:r>
            <w:r w:rsidR="00C84731" w:rsidRPr="00C84731">
              <w:rPr>
                <w:lang w:val="en-GB"/>
              </w:rPr>
              <w:t>can</w:t>
            </w:r>
            <w:r w:rsidRPr="00C84731">
              <w:rPr>
                <w:lang w:val="en-GB"/>
              </w:rPr>
              <w:t>, and want to, you can donate</w:t>
            </w:r>
            <w:r w:rsidR="00C84731" w:rsidRPr="00C84731">
              <w:rPr>
                <w:lang w:val="en-GB"/>
              </w:rPr>
              <w:t xml:space="preserve"> to LCiL.</w:t>
            </w:r>
          </w:p>
          <w:p w14:paraId="059549E2" w14:textId="172E73BB" w:rsidR="005563B9" w:rsidRPr="00C84731" w:rsidRDefault="00C84731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 xml:space="preserve">You can donate </w:t>
            </w:r>
            <w:r w:rsidR="005563B9" w:rsidRPr="00C84731">
              <w:rPr>
                <w:lang w:val="en-GB"/>
              </w:rPr>
              <w:t xml:space="preserve">by scanning the QR code or following this link: </w:t>
            </w:r>
            <w:hyperlink r:id="rId47" w:history="1">
              <w:r w:rsidRPr="00C84731">
                <w:rPr>
                  <w:rStyle w:val="Hyperlink"/>
                  <w:lang w:val="en-GB"/>
                </w:rPr>
                <w:t>www.lothiancil.org.uk/make-a-donation/support-us/</w:t>
              </w:r>
            </w:hyperlink>
            <w:r w:rsidRPr="00C84731">
              <w:rPr>
                <w:lang w:val="en-GB"/>
              </w:rPr>
              <w:t xml:space="preserve"> </w:t>
            </w:r>
          </w:p>
        </w:tc>
      </w:tr>
      <w:tr w:rsidR="00C84731" w:rsidRPr="00C84731" w14:paraId="69D57B58" w14:textId="77777777" w:rsidTr="00C84731">
        <w:tc>
          <w:tcPr>
            <w:tcW w:w="3402" w:type="dxa"/>
          </w:tcPr>
          <w:p w14:paraId="186748B0" w14:textId="5127BA2E" w:rsidR="00C84731" w:rsidRPr="00C84731" w:rsidRDefault="00C84731" w:rsidP="005563B9">
            <w:pPr>
              <w:rPr>
                <w:noProof/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7C1E6381" wp14:editId="34DC422D">
                  <wp:extent cx="1800000" cy="1709243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0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559C04C6" w14:textId="77777777" w:rsidR="00C84731" w:rsidRPr="00C84731" w:rsidRDefault="00C84731" w:rsidP="005563B9">
            <w:pPr>
              <w:rPr>
                <w:lang w:val="en-GB"/>
              </w:rPr>
            </w:pPr>
            <w:r w:rsidRPr="00C84731">
              <w:rPr>
                <w:lang w:val="en-GB"/>
              </w:rPr>
              <w:t>You can also support us by becoming a member.</w:t>
            </w:r>
          </w:p>
          <w:p w14:paraId="03B0E0BF" w14:textId="77777777" w:rsidR="00C84731" w:rsidRPr="00C84731" w:rsidRDefault="00C84731" w:rsidP="00C84731">
            <w:pPr>
              <w:rPr>
                <w:lang w:val="en-GB"/>
              </w:rPr>
            </w:pPr>
            <w:r w:rsidRPr="00C84731">
              <w:rPr>
                <w:lang w:val="en-GB"/>
              </w:rPr>
              <w:t>We are updating our membership programme.</w:t>
            </w:r>
          </w:p>
          <w:p w14:paraId="4D5C527E" w14:textId="1B517906" w:rsidR="00C84731" w:rsidRPr="00C84731" w:rsidRDefault="00C84731" w:rsidP="00C84731">
            <w:pPr>
              <w:rPr>
                <w:lang w:val="en-GB"/>
              </w:rPr>
            </w:pPr>
            <w:r w:rsidRPr="00C84731">
              <w:rPr>
                <w:lang w:val="en-GB"/>
              </w:rPr>
              <w:t>We will keep you updated in future newsletters and on our website.</w:t>
            </w:r>
          </w:p>
        </w:tc>
      </w:tr>
    </w:tbl>
    <w:p w14:paraId="49027B66" w14:textId="686BD6C8" w:rsidR="00B039A2" w:rsidRPr="00C84731" w:rsidRDefault="00F17D58" w:rsidP="008B1327">
      <w:pPr>
        <w:pStyle w:val="Heading2"/>
        <w:rPr>
          <w:sz w:val="28"/>
          <w:szCs w:val="28"/>
          <w:lang w:val="en-GB"/>
        </w:rPr>
      </w:pPr>
      <w:r w:rsidRPr="00C84731">
        <w:rPr>
          <w:sz w:val="28"/>
          <w:szCs w:val="28"/>
          <w:lang w:val="en-GB"/>
        </w:rPr>
        <w:t>Contact Info</w:t>
      </w:r>
      <w:r w:rsidR="00C84731" w:rsidRPr="00C84731">
        <w:rPr>
          <w:sz w:val="28"/>
          <w:szCs w:val="28"/>
          <w:lang w:val="en-GB"/>
        </w:rPr>
        <w:t>rmation</w:t>
      </w:r>
    </w:p>
    <w:tbl>
      <w:tblPr>
        <w:tblW w:w="9655" w:type="dxa"/>
        <w:tblLayout w:type="fixed"/>
        <w:tblLook w:val="04A0" w:firstRow="1" w:lastRow="0" w:firstColumn="1" w:lastColumn="0" w:noHBand="0" w:noVBand="1"/>
      </w:tblPr>
      <w:tblGrid>
        <w:gridCol w:w="3408"/>
        <w:gridCol w:w="6247"/>
      </w:tblGrid>
      <w:tr w:rsidR="00B039A2" w:rsidRPr="00C84731" w14:paraId="7072F4D8" w14:textId="77777777" w:rsidTr="00C84731">
        <w:trPr>
          <w:trHeight w:val="4275"/>
        </w:trPr>
        <w:tc>
          <w:tcPr>
            <w:tcW w:w="3408" w:type="dxa"/>
            <w:vAlign w:val="center"/>
          </w:tcPr>
          <w:p w14:paraId="0EB38A2D" w14:textId="4029D6F4" w:rsidR="00B039A2" w:rsidRPr="00C84731" w:rsidRDefault="00C84731" w:rsidP="008B1327">
            <w:pPr>
              <w:rPr>
                <w:lang w:val="en-GB"/>
              </w:rPr>
            </w:pPr>
            <w:r w:rsidRPr="00C84731">
              <w:rPr>
                <w:noProof/>
                <w:lang w:val="en-GB"/>
              </w:rPr>
              <w:drawing>
                <wp:inline distT="0" distB="0" distL="0" distR="0" wp14:anchorId="3ABB724B" wp14:editId="6D4ED604">
                  <wp:extent cx="1882775" cy="188277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49"/>
                          <a:srcRect l="40159" t="1261" r="-4383" b="-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88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F8E6C39" w14:textId="64FA756A" w:rsidR="00C84731" w:rsidRPr="00C84731" w:rsidRDefault="00C84731" w:rsidP="00C84731">
            <w:pPr>
              <w:pStyle w:val="EasyReadBody"/>
              <w:spacing w:line="360" w:lineRule="auto"/>
              <w:rPr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You can f</w:t>
            </w:r>
            <w:r w:rsidR="00D04351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ind </w:t>
            </w: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more i</w:t>
            </w:r>
            <w:r w:rsidR="00D04351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nformation about LCiL on our website</w:t>
            </w: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. Scan the QR code or go to this link:</w:t>
            </w:r>
            <w:r w:rsidR="00754EB2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hyperlink r:id="rId50" w:history="1">
              <w:r w:rsidR="00754EB2" w:rsidRPr="00C84731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www.lothiancil.org.uk</w:t>
              </w:r>
            </w:hyperlink>
          </w:p>
          <w:p w14:paraId="5DB4BE2A" w14:textId="013F4DEA" w:rsidR="00C84731" w:rsidRPr="00C84731" w:rsidRDefault="00C84731" w:rsidP="00C84731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sz w:val="28"/>
                <w:szCs w:val="28"/>
                <w:lang w:val="en-GB"/>
              </w:rPr>
              <w:t xml:space="preserve">If you want to get in touch: </w:t>
            </w:r>
          </w:p>
          <w:p w14:paraId="1D6A74C2" w14:textId="77777777" w:rsidR="00C84731" w:rsidRPr="00C84731" w:rsidRDefault="00F17D58" w:rsidP="00C84731">
            <w:pPr>
              <w:pStyle w:val="EasyReadBody"/>
              <w:numPr>
                <w:ilvl w:val="0"/>
                <w:numId w:val="2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Call us on 0131 475 2350</w:t>
            </w:r>
          </w:p>
          <w:p w14:paraId="0D8CDFD0" w14:textId="5F6A1948" w:rsidR="004E483B" w:rsidRPr="00C84731" w:rsidRDefault="00074136" w:rsidP="00C84731">
            <w:pPr>
              <w:pStyle w:val="EasyReadBody"/>
              <w:numPr>
                <w:ilvl w:val="0"/>
                <w:numId w:val="27"/>
              </w:numPr>
              <w:spacing w:line="360" w:lineRule="auto"/>
              <w:rPr>
                <w:sz w:val="28"/>
                <w:szCs w:val="28"/>
                <w:lang w:val="en-GB"/>
              </w:rPr>
            </w:pPr>
            <w:r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Email</w:t>
            </w:r>
            <w:r w:rsidR="00F17D58" w:rsidRPr="00C84731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us at </w:t>
            </w:r>
            <w:hyperlink r:id="rId51" w:history="1">
              <w:r w:rsidR="004E483B" w:rsidRPr="00C84731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admin@lothiancil.org.uk</w:t>
              </w:r>
            </w:hyperlink>
          </w:p>
        </w:tc>
      </w:tr>
    </w:tbl>
    <w:p w14:paraId="4B4A725F" w14:textId="4E78E504" w:rsidR="00B039A2" w:rsidRPr="00C84731" w:rsidRDefault="00B039A2" w:rsidP="00C84731">
      <w:pPr>
        <w:pStyle w:val="FooterText"/>
        <w:spacing w:line="360" w:lineRule="auto"/>
        <w:jc w:val="left"/>
        <w:rPr>
          <w:rFonts w:cs="Arial"/>
          <w:color w:val="000000" w:themeColor="text1"/>
          <w:sz w:val="28"/>
          <w:szCs w:val="28"/>
          <w:lang w:val="en-GB"/>
        </w:rPr>
      </w:pPr>
    </w:p>
    <w:sectPr w:rsidR="00B039A2" w:rsidRPr="00C84731" w:rsidSect="00034616">
      <w:pgSz w:w="11909" w:h="1683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CCE75" w14:textId="77777777" w:rsidR="00DE0A46" w:rsidRDefault="00DE0A46" w:rsidP="0030204C">
      <w:pPr>
        <w:spacing w:before="0" w:after="0" w:line="240" w:lineRule="auto"/>
      </w:pPr>
      <w:r>
        <w:separator/>
      </w:r>
    </w:p>
  </w:endnote>
  <w:endnote w:type="continuationSeparator" w:id="0">
    <w:p w14:paraId="4BBB40E2" w14:textId="77777777" w:rsidR="00DE0A46" w:rsidRDefault="00DE0A46" w:rsidP="003020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0C419" w14:textId="77777777" w:rsidR="00DE0A46" w:rsidRDefault="00DE0A46" w:rsidP="0030204C">
      <w:pPr>
        <w:spacing w:before="0" w:after="0" w:line="240" w:lineRule="auto"/>
      </w:pPr>
      <w:r>
        <w:separator/>
      </w:r>
    </w:p>
  </w:footnote>
  <w:footnote w:type="continuationSeparator" w:id="0">
    <w:p w14:paraId="6117FFC4" w14:textId="77777777" w:rsidR="00DE0A46" w:rsidRDefault="00DE0A46" w:rsidP="0030204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938CD"/>
    <w:multiLevelType w:val="hybridMultilevel"/>
    <w:tmpl w:val="951CC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6B68B2"/>
    <w:multiLevelType w:val="hybridMultilevel"/>
    <w:tmpl w:val="A0602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05DC0"/>
    <w:multiLevelType w:val="hybridMultilevel"/>
    <w:tmpl w:val="C3A08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A30E8E"/>
    <w:multiLevelType w:val="hybridMultilevel"/>
    <w:tmpl w:val="AECA1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8C0704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53421"/>
    <w:multiLevelType w:val="hybridMultilevel"/>
    <w:tmpl w:val="4242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0176"/>
    <w:multiLevelType w:val="hybridMultilevel"/>
    <w:tmpl w:val="69F2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85E5F"/>
    <w:multiLevelType w:val="hybridMultilevel"/>
    <w:tmpl w:val="7D58F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E6C38"/>
    <w:multiLevelType w:val="hybridMultilevel"/>
    <w:tmpl w:val="E22A1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51635"/>
    <w:multiLevelType w:val="hybridMultilevel"/>
    <w:tmpl w:val="3064F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D59DB"/>
    <w:multiLevelType w:val="hybridMultilevel"/>
    <w:tmpl w:val="DCEAB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B67F7"/>
    <w:multiLevelType w:val="hybridMultilevel"/>
    <w:tmpl w:val="848ED7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EC0822"/>
    <w:multiLevelType w:val="hybridMultilevel"/>
    <w:tmpl w:val="4B4AD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AD828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A8526B"/>
    <w:multiLevelType w:val="hybridMultilevel"/>
    <w:tmpl w:val="292A9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85473"/>
    <w:multiLevelType w:val="hybridMultilevel"/>
    <w:tmpl w:val="2138A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E30B2"/>
    <w:multiLevelType w:val="hybridMultilevel"/>
    <w:tmpl w:val="26587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B484B"/>
    <w:multiLevelType w:val="hybridMultilevel"/>
    <w:tmpl w:val="9954AA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E1D81"/>
    <w:multiLevelType w:val="hybridMultilevel"/>
    <w:tmpl w:val="2B80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81F53"/>
    <w:multiLevelType w:val="hybridMultilevel"/>
    <w:tmpl w:val="C9D20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A7847"/>
    <w:multiLevelType w:val="hybridMultilevel"/>
    <w:tmpl w:val="10E478D2"/>
    <w:lvl w:ilvl="0" w:tplc="08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8" w15:restartNumberingAfterBreak="0">
    <w:nsid w:val="7CB73F39"/>
    <w:multiLevelType w:val="hybridMultilevel"/>
    <w:tmpl w:val="4B323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576234">
    <w:abstractNumId w:val="8"/>
  </w:num>
  <w:num w:numId="2" w16cid:durableId="340084789">
    <w:abstractNumId w:val="6"/>
  </w:num>
  <w:num w:numId="3" w16cid:durableId="641349070">
    <w:abstractNumId w:val="5"/>
  </w:num>
  <w:num w:numId="4" w16cid:durableId="2059891131">
    <w:abstractNumId w:val="4"/>
  </w:num>
  <w:num w:numId="5" w16cid:durableId="1998654686">
    <w:abstractNumId w:val="7"/>
  </w:num>
  <w:num w:numId="6" w16cid:durableId="2051875314">
    <w:abstractNumId w:val="3"/>
  </w:num>
  <w:num w:numId="7" w16cid:durableId="1716849096">
    <w:abstractNumId w:val="2"/>
  </w:num>
  <w:num w:numId="8" w16cid:durableId="1422144643">
    <w:abstractNumId w:val="1"/>
  </w:num>
  <w:num w:numId="9" w16cid:durableId="1251934812">
    <w:abstractNumId w:val="0"/>
  </w:num>
  <w:num w:numId="10" w16cid:durableId="1591696276">
    <w:abstractNumId w:val="27"/>
  </w:num>
  <w:num w:numId="11" w16cid:durableId="1966043070">
    <w:abstractNumId w:val="13"/>
  </w:num>
  <w:num w:numId="12" w16cid:durableId="126970601">
    <w:abstractNumId w:val="20"/>
  </w:num>
  <w:num w:numId="13" w16cid:durableId="1606038672">
    <w:abstractNumId w:val="17"/>
  </w:num>
  <w:num w:numId="14" w16cid:durableId="1968848763">
    <w:abstractNumId w:val="9"/>
  </w:num>
  <w:num w:numId="15" w16cid:durableId="1883008766">
    <w:abstractNumId w:val="22"/>
  </w:num>
  <w:num w:numId="16" w16cid:durableId="1838962086">
    <w:abstractNumId w:val="28"/>
  </w:num>
  <w:num w:numId="17" w16cid:durableId="1992059000">
    <w:abstractNumId w:val="11"/>
  </w:num>
  <w:num w:numId="18" w16cid:durableId="1365716237">
    <w:abstractNumId w:val="25"/>
  </w:num>
  <w:num w:numId="19" w16cid:durableId="33847435">
    <w:abstractNumId w:val="19"/>
  </w:num>
  <w:num w:numId="20" w16cid:durableId="1939092943">
    <w:abstractNumId w:val="12"/>
  </w:num>
  <w:num w:numId="21" w16cid:durableId="1884706857">
    <w:abstractNumId w:val="23"/>
  </w:num>
  <w:num w:numId="22" w16cid:durableId="184709032">
    <w:abstractNumId w:val="24"/>
  </w:num>
  <w:num w:numId="23" w16cid:durableId="996885824">
    <w:abstractNumId w:val="21"/>
  </w:num>
  <w:num w:numId="24" w16cid:durableId="477576166">
    <w:abstractNumId w:val="15"/>
  </w:num>
  <w:num w:numId="25" w16cid:durableId="1117408205">
    <w:abstractNumId w:val="18"/>
  </w:num>
  <w:num w:numId="26" w16cid:durableId="336232400">
    <w:abstractNumId w:val="14"/>
  </w:num>
  <w:num w:numId="27" w16cid:durableId="896815872">
    <w:abstractNumId w:val="26"/>
  </w:num>
  <w:num w:numId="28" w16cid:durableId="587885328">
    <w:abstractNumId w:val="10"/>
  </w:num>
  <w:num w:numId="29" w16cid:durableId="9803812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132"/>
    <w:rsid w:val="00013B9F"/>
    <w:rsid w:val="00014CBD"/>
    <w:rsid w:val="000224C0"/>
    <w:rsid w:val="00023407"/>
    <w:rsid w:val="000244B6"/>
    <w:rsid w:val="000256FC"/>
    <w:rsid w:val="00033A9E"/>
    <w:rsid w:val="00034616"/>
    <w:rsid w:val="00035C5B"/>
    <w:rsid w:val="00035D8C"/>
    <w:rsid w:val="00035F7C"/>
    <w:rsid w:val="000365DD"/>
    <w:rsid w:val="000412EA"/>
    <w:rsid w:val="0004177B"/>
    <w:rsid w:val="00046D4D"/>
    <w:rsid w:val="000545AC"/>
    <w:rsid w:val="00054B54"/>
    <w:rsid w:val="00056B3E"/>
    <w:rsid w:val="00056B89"/>
    <w:rsid w:val="0006063C"/>
    <w:rsid w:val="000619A2"/>
    <w:rsid w:val="0006247D"/>
    <w:rsid w:val="0006373B"/>
    <w:rsid w:val="000645FC"/>
    <w:rsid w:val="000665A5"/>
    <w:rsid w:val="000719E5"/>
    <w:rsid w:val="00071CD2"/>
    <w:rsid w:val="00074136"/>
    <w:rsid w:val="00076B6A"/>
    <w:rsid w:val="00080022"/>
    <w:rsid w:val="00081D25"/>
    <w:rsid w:val="000847D1"/>
    <w:rsid w:val="000902A4"/>
    <w:rsid w:val="0009657B"/>
    <w:rsid w:val="000A40D2"/>
    <w:rsid w:val="000A77BA"/>
    <w:rsid w:val="000B11D8"/>
    <w:rsid w:val="000B39E8"/>
    <w:rsid w:val="000C10E3"/>
    <w:rsid w:val="000C2A28"/>
    <w:rsid w:val="000D3A1B"/>
    <w:rsid w:val="000E06CD"/>
    <w:rsid w:val="000E105E"/>
    <w:rsid w:val="000E21A0"/>
    <w:rsid w:val="000E65DF"/>
    <w:rsid w:val="000E6F0E"/>
    <w:rsid w:val="000F0383"/>
    <w:rsid w:val="000F5E76"/>
    <w:rsid w:val="00100B93"/>
    <w:rsid w:val="001012A9"/>
    <w:rsid w:val="001044B2"/>
    <w:rsid w:val="0010637C"/>
    <w:rsid w:val="001068A3"/>
    <w:rsid w:val="00106978"/>
    <w:rsid w:val="00110B66"/>
    <w:rsid w:val="00111915"/>
    <w:rsid w:val="00120B01"/>
    <w:rsid w:val="00123297"/>
    <w:rsid w:val="00124B42"/>
    <w:rsid w:val="001256F0"/>
    <w:rsid w:val="001305E4"/>
    <w:rsid w:val="001309C8"/>
    <w:rsid w:val="00135917"/>
    <w:rsid w:val="00141A4A"/>
    <w:rsid w:val="0014328C"/>
    <w:rsid w:val="0014467D"/>
    <w:rsid w:val="0014712F"/>
    <w:rsid w:val="0015074B"/>
    <w:rsid w:val="00152D40"/>
    <w:rsid w:val="00184F76"/>
    <w:rsid w:val="0018733E"/>
    <w:rsid w:val="00194AAB"/>
    <w:rsid w:val="0019644E"/>
    <w:rsid w:val="00196808"/>
    <w:rsid w:val="001A76A3"/>
    <w:rsid w:val="001B2702"/>
    <w:rsid w:val="001B2872"/>
    <w:rsid w:val="001B41B9"/>
    <w:rsid w:val="001C0CF4"/>
    <w:rsid w:val="001C2715"/>
    <w:rsid w:val="001C3086"/>
    <w:rsid w:val="001C35C4"/>
    <w:rsid w:val="001C4F4E"/>
    <w:rsid w:val="001D0715"/>
    <w:rsid w:val="001E4040"/>
    <w:rsid w:val="001E40EC"/>
    <w:rsid w:val="001F3F2A"/>
    <w:rsid w:val="001F63CA"/>
    <w:rsid w:val="00201405"/>
    <w:rsid w:val="00202F53"/>
    <w:rsid w:val="00210B61"/>
    <w:rsid w:val="00213871"/>
    <w:rsid w:val="0021484A"/>
    <w:rsid w:val="00214E19"/>
    <w:rsid w:val="0021533F"/>
    <w:rsid w:val="002255FC"/>
    <w:rsid w:val="00227CAF"/>
    <w:rsid w:val="00230E67"/>
    <w:rsid w:val="002439CC"/>
    <w:rsid w:val="00251F89"/>
    <w:rsid w:val="00254461"/>
    <w:rsid w:val="00263450"/>
    <w:rsid w:val="00270BBE"/>
    <w:rsid w:val="00277B33"/>
    <w:rsid w:val="00277D32"/>
    <w:rsid w:val="00280D3B"/>
    <w:rsid w:val="0029639D"/>
    <w:rsid w:val="002A1ABE"/>
    <w:rsid w:val="002A3756"/>
    <w:rsid w:val="002A3BD5"/>
    <w:rsid w:val="002A6649"/>
    <w:rsid w:val="002A6BF9"/>
    <w:rsid w:val="002A6FCB"/>
    <w:rsid w:val="002B270D"/>
    <w:rsid w:val="002B3850"/>
    <w:rsid w:val="002C2E06"/>
    <w:rsid w:val="002C3228"/>
    <w:rsid w:val="002C5338"/>
    <w:rsid w:val="002D089C"/>
    <w:rsid w:val="002D0F08"/>
    <w:rsid w:val="002D1120"/>
    <w:rsid w:val="002E05E9"/>
    <w:rsid w:val="002E07F9"/>
    <w:rsid w:val="002E1489"/>
    <w:rsid w:val="002E24FE"/>
    <w:rsid w:val="002E47D2"/>
    <w:rsid w:val="002F371A"/>
    <w:rsid w:val="0030204C"/>
    <w:rsid w:val="00302A1E"/>
    <w:rsid w:val="00326F90"/>
    <w:rsid w:val="00327EA3"/>
    <w:rsid w:val="0033393F"/>
    <w:rsid w:val="0034530D"/>
    <w:rsid w:val="0034695D"/>
    <w:rsid w:val="00351242"/>
    <w:rsid w:val="00356ED3"/>
    <w:rsid w:val="0037235D"/>
    <w:rsid w:val="003725D9"/>
    <w:rsid w:val="00372F5B"/>
    <w:rsid w:val="00373241"/>
    <w:rsid w:val="00376514"/>
    <w:rsid w:val="00376A4C"/>
    <w:rsid w:val="0038271B"/>
    <w:rsid w:val="0038595C"/>
    <w:rsid w:val="0038605D"/>
    <w:rsid w:val="00387D24"/>
    <w:rsid w:val="0039090A"/>
    <w:rsid w:val="003B07E3"/>
    <w:rsid w:val="003B1F5E"/>
    <w:rsid w:val="003D0799"/>
    <w:rsid w:val="003D5670"/>
    <w:rsid w:val="003D5726"/>
    <w:rsid w:val="003E227D"/>
    <w:rsid w:val="003E338A"/>
    <w:rsid w:val="003E3578"/>
    <w:rsid w:val="003E3C8E"/>
    <w:rsid w:val="003E3FBE"/>
    <w:rsid w:val="003F6E68"/>
    <w:rsid w:val="00401BC3"/>
    <w:rsid w:val="00403B50"/>
    <w:rsid w:val="00404803"/>
    <w:rsid w:val="00404B43"/>
    <w:rsid w:val="004059B5"/>
    <w:rsid w:val="0041439C"/>
    <w:rsid w:val="004145FD"/>
    <w:rsid w:val="0041636A"/>
    <w:rsid w:val="00416E73"/>
    <w:rsid w:val="00422DE3"/>
    <w:rsid w:val="00423F89"/>
    <w:rsid w:val="004304D2"/>
    <w:rsid w:val="00432D94"/>
    <w:rsid w:val="00433F1A"/>
    <w:rsid w:val="004363A0"/>
    <w:rsid w:val="00437B7B"/>
    <w:rsid w:val="00440C4E"/>
    <w:rsid w:val="00440F6B"/>
    <w:rsid w:val="0044726C"/>
    <w:rsid w:val="0045129D"/>
    <w:rsid w:val="004538F7"/>
    <w:rsid w:val="00465505"/>
    <w:rsid w:val="00471771"/>
    <w:rsid w:val="00471D9C"/>
    <w:rsid w:val="00471F9E"/>
    <w:rsid w:val="00472025"/>
    <w:rsid w:val="00474036"/>
    <w:rsid w:val="00475B31"/>
    <w:rsid w:val="0048597B"/>
    <w:rsid w:val="00486F99"/>
    <w:rsid w:val="004A01FF"/>
    <w:rsid w:val="004B45F9"/>
    <w:rsid w:val="004B4923"/>
    <w:rsid w:val="004B5AAE"/>
    <w:rsid w:val="004C13BB"/>
    <w:rsid w:val="004D3D47"/>
    <w:rsid w:val="004D7ADC"/>
    <w:rsid w:val="004E483B"/>
    <w:rsid w:val="004F2C67"/>
    <w:rsid w:val="005001CA"/>
    <w:rsid w:val="00500850"/>
    <w:rsid w:val="005060EB"/>
    <w:rsid w:val="005064D3"/>
    <w:rsid w:val="00510E3A"/>
    <w:rsid w:val="0051112E"/>
    <w:rsid w:val="00520997"/>
    <w:rsid w:val="005212B1"/>
    <w:rsid w:val="00521B59"/>
    <w:rsid w:val="00521F26"/>
    <w:rsid w:val="00546B83"/>
    <w:rsid w:val="0055179C"/>
    <w:rsid w:val="005518CC"/>
    <w:rsid w:val="00553157"/>
    <w:rsid w:val="005531F1"/>
    <w:rsid w:val="005563B9"/>
    <w:rsid w:val="0055771C"/>
    <w:rsid w:val="00561251"/>
    <w:rsid w:val="00561F20"/>
    <w:rsid w:val="00564A2C"/>
    <w:rsid w:val="0056506C"/>
    <w:rsid w:val="00581F0D"/>
    <w:rsid w:val="00582FCE"/>
    <w:rsid w:val="00584792"/>
    <w:rsid w:val="00585531"/>
    <w:rsid w:val="0059197F"/>
    <w:rsid w:val="00593FD5"/>
    <w:rsid w:val="00595356"/>
    <w:rsid w:val="005958B7"/>
    <w:rsid w:val="00597452"/>
    <w:rsid w:val="005A6734"/>
    <w:rsid w:val="005B38BD"/>
    <w:rsid w:val="005C677A"/>
    <w:rsid w:val="005D13C2"/>
    <w:rsid w:val="005D5295"/>
    <w:rsid w:val="005D5313"/>
    <w:rsid w:val="005E023B"/>
    <w:rsid w:val="005E79D9"/>
    <w:rsid w:val="00603078"/>
    <w:rsid w:val="006132E6"/>
    <w:rsid w:val="00622396"/>
    <w:rsid w:val="006234C9"/>
    <w:rsid w:val="006237AB"/>
    <w:rsid w:val="00623F43"/>
    <w:rsid w:val="00631C21"/>
    <w:rsid w:val="00634568"/>
    <w:rsid w:val="00634E2D"/>
    <w:rsid w:val="00641823"/>
    <w:rsid w:val="00642574"/>
    <w:rsid w:val="00643985"/>
    <w:rsid w:val="0064796D"/>
    <w:rsid w:val="00651D2A"/>
    <w:rsid w:val="00652569"/>
    <w:rsid w:val="00653468"/>
    <w:rsid w:val="00656E53"/>
    <w:rsid w:val="0065768B"/>
    <w:rsid w:val="00657F1D"/>
    <w:rsid w:val="006718BC"/>
    <w:rsid w:val="0068044E"/>
    <w:rsid w:val="006805CD"/>
    <w:rsid w:val="00681283"/>
    <w:rsid w:val="00681668"/>
    <w:rsid w:val="00686290"/>
    <w:rsid w:val="0069568F"/>
    <w:rsid w:val="0069650C"/>
    <w:rsid w:val="006A3DC5"/>
    <w:rsid w:val="006B1A24"/>
    <w:rsid w:val="006B3122"/>
    <w:rsid w:val="006C07C6"/>
    <w:rsid w:val="006C103D"/>
    <w:rsid w:val="006C593F"/>
    <w:rsid w:val="006D69CB"/>
    <w:rsid w:val="006E024F"/>
    <w:rsid w:val="006E03C2"/>
    <w:rsid w:val="006E2F14"/>
    <w:rsid w:val="006E4717"/>
    <w:rsid w:val="006F1F4F"/>
    <w:rsid w:val="006F2364"/>
    <w:rsid w:val="007029D7"/>
    <w:rsid w:val="007070D7"/>
    <w:rsid w:val="007073D5"/>
    <w:rsid w:val="00713846"/>
    <w:rsid w:val="00716534"/>
    <w:rsid w:val="00716AC9"/>
    <w:rsid w:val="007248A3"/>
    <w:rsid w:val="0072580A"/>
    <w:rsid w:val="00726BFF"/>
    <w:rsid w:val="00730202"/>
    <w:rsid w:val="0073151A"/>
    <w:rsid w:val="00736B83"/>
    <w:rsid w:val="00740D18"/>
    <w:rsid w:val="007418F5"/>
    <w:rsid w:val="007455EF"/>
    <w:rsid w:val="007468FD"/>
    <w:rsid w:val="0074740E"/>
    <w:rsid w:val="00754372"/>
    <w:rsid w:val="00754EB2"/>
    <w:rsid w:val="00755B68"/>
    <w:rsid w:val="00761A61"/>
    <w:rsid w:val="0076200F"/>
    <w:rsid w:val="00763443"/>
    <w:rsid w:val="00763B70"/>
    <w:rsid w:val="00763E48"/>
    <w:rsid w:val="007732DA"/>
    <w:rsid w:val="00774A87"/>
    <w:rsid w:val="00780BE6"/>
    <w:rsid w:val="007812BA"/>
    <w:rsid w:val="0078572C"/>
    <w:rsid w:val="007873DB"/>
    <w:rsid w:val="007A017F"/>
    <w:rsid w:val="007A782D"/>
    <w:rsid w:val="007B08D6"/>
    <w:rsid w:val="007B2B42"/>
    <w:rsid w:val="007B2CE1"/>
    <w:rsid w:val="007C45E7"/>
    <w:rsid w:val="007C54DE"/>
    <w:rsid w:val="007D072E"/>
    <w:rsid w:val="007D6FE7"/>
    <w:rsid w:val="007E0013"/>
    <w:rsid w:val="007E0965"/>
    <w:rsid w:val="007E1B9F"/>
    <w:rsid w:val="007E63C4"/>
    <w:rsid w:val="007E67C7"/>
    <w:rsid w:val="007E7B06"/>
    <w:rsid w:val="007F18F4"/>
    <w:rsid w:val="007F1EAA"/>
    <w:rsid w:val="007F6D5A"/>
    <w:rsid w:val="00801EE7"/>
    <w:rsid w:val="0081383A"/>
    <w:rsid w:val="00831B84"/>
    <w:rsid w:val="00837431"/>
    <w:rsid w:val="00840826"/>
    <w:rsid w:val="00844E46"/>
    <w:rsid w:val="00852489"/>
    <w:rsid w:val="00852B5C"/>
    <w:rsid w:val="0085381C"/>
    <w:rsid w:val="00853C23"/>
    <w:rsid w:val="008548E1"/>
    <w:rsid w:val="00856A35"/>
    <w:rsid w:val="00861623"/>
    <w:rsid w:val="0086197F"/>
    <w:rsid w:val="008633A9"/>
    <w:rsid w:val="00864160"/>
    <w:rsid w:val="00867291"/>
    <w:rsid w:val="00882741"/>
    <w:rsid w:val="00882995"/>
    <w:rsid w:val="008875DF"/>
    <w:rsid w:val="008927E2"/>
    <w:rsid w:val="00893D25"/>
    <w:rsid w:val="008966C8"/>
    <w:rsid w:val="008A40C9"/>
    <w:rsid w:val="008A48B0"/>
    <w:rsid w:val="008A5AA7"/>
    <w:rsid w:val="008B1327"/>
    <w:rsid w:val="008B37EB"/>
    <w:rsid w:val="008B6C87"/>
    <w:rsid w:val="008C30EE"/>
    <w:rsid w:val="008C61E9"/>
    <w:rsid w:val="008D4390"/>
    <w:rsid w:val="008D453C"/>
    <w:rsid w:val="008D636E"/>
    <w:rsid w:val="008E0106"/>
    <w:rsid w:val="008E338D"/>
    <w:rsid w:val="008E6E84"/>
    <w:rsid w:val="008E7BEF"/>
    <w:rsid w:val="008F0556"/>
    <w:rsid w:val="009104E4"/>
    <w:rsid w:val="00915491"/>
    <w:rsid w:val="00930672"/>
    <w:rsid w:val="00935509"/>
    <w:rsid w:val="00940437"/>
    <w:rsid w:val="00940F4C"/>
    <w:rsid w:val="0094466C"/>
    <w:rsid w:val="009448CA"/>
    <w:rsid w:val="00957D11"/>
    <w:rsid w:val="00961DC6"/>
    <w:rsid w:val="009650BF"/>
    <w:rsid w:val="009678ED"/>
    <w:rsid w:val="009752A3"/>
    <w:rsid w:val="009762FE"/>
    <w:rsid w:val="00976EDA"/>
    <w:rsid w:val="0097778A"/>
    <w:rsid w:val="00990A15"/>
    <w:rsid w:val="00991C8F"/>
    <w:rsid w:val="009968B5"/>
    <w:rsid w:val="009A64D3"/>
    <w:rsid w:val="009B3054"/>
    <w:rsid w:val="009B3D8C"/>
    <w:rsid w:val="009B6D61"/>
    <w:rsid w:val="009C4F44"/>
    <w:rsid w:val="009D0077"/>
    <w:rsid w:val="009D486B"/>
    <w:rsid w:val="009D74BD"/>
    <w:rsid w:val="009E3400"/>
    <w:rsid w:val="009F4D57"/>
    <w:rsid w:val="00A04001"/>
    <w:rsid w:val="00A067E7"/>
    <w:rsid w:val="00A20091"/>
    <w:rsid w:val="00A301EB"/>
    <w:rsid w:val="00A3679F"/>
    <w:rsid w:val="00A403D8"/>
    <w:rsid w:val="00A42418"/>
    <w:rsid w:val="00A4383F"/>
    <w:rsid w:val="00A4573E"/>
    <w:rsid w:val="00A4769F"/>
    <w:rsid w:val="00A51261"/>
    <w:rsid w:val="00A55411"/>
    <w:rsid w:val="00A56468"/>
    <w:rsid w:val="00A62703"/>
    <w:rsid w:val="00A63BBC"/>
    <w:rsid w:val="00A65850"/>
    <w:rsid w:val="00A71917"/>
    <w:rsid w:val="00A73E6C"/>
    <w:rsid w:val="00A76C44"/>
    <w:rsid w:val="00A77A15"/>
    <w:rsid w:val="00A90AEF"/>
    <w:rsid w:val="00A94E09"/>
    <w:rsid w:val="00A9512B"/>
    <w:rsid w:val="00A953CE"/>
    <w:rsid w:val="00A9789B"/>
    <w:rsid w:val="00AA1589"/>
    <w:rsid w:val="00AA1D8D"/>
    <w:rsid w:val="00AA3193"/>
    <w:rsid w:val="00AB07FC"/>
    <w:rsid w:val="00AB0B32"/>
    <w:rsid w:val="00AB1145"/>
    <w:rsid w:val="00AC5D2D"/>
    <w:rsid w:val="00AC67A0"/>
    <w:rsid w:val="00AC7336"/>
    <w:rsid w:val="00AD1039"/>
    <w:rsid w:val="00AD1E10"/>
    <w:rsid w:val="00AD44A7"/>
    <w:rsid w:val="00AD742D"/>
    <w:rsid w:val="00AE6C73"/>
    <w:rsid w:val="00AE7840"/>
    <w:rsid w:val="00AF77BD"/>
    <w:rsid w:val="00B00F29"/>
    <w:rsid w:val="00B039A2"/>
    <w:rsid w:val="00B06B89"/>
    <w:rsid w:val="00B07980"/>
    <w:rsid w:val="00B07C84"/>
    <w:rsid w:val="00B10504"/>
    <w:rsid w:val="00B163AC"/>
    <w:rsid w:val="00B22293"/>
    <w:rsid w:val="00B26C1F"/>
    <w:rsid w:val="00B30F41"/>
    <w:rsid w:val="00B369CF"/>
    <w:rsid w:val="00B3711F"/>
    <w:rsid w:val="00B4481B"/>
    <w:rsid w:val="00B45D2E"/>
    <w:rsid w:val="00B4749C"/>
    <w:rsid w:val="00B47730"/>
    <w:rsid w:val="00B53776"/>
    <w:rsid w:val="00B60DD3"/>
    <w:rsid w:val="00B67397"/>
    <w:rsid w:val="00B73002"/>
    <w:rsid w:val="00B827F4"/>
    <w:rsid w:val="00B83D6B"/>
    <w:rsid w:val="00B84106"/>
    <w:rsid w:val="00B8438C"/>
    <w:rsid w:val="00B96645"/>
    <w:rsid w:val="00B97D0C"/>
    <w:rsid w:val="00BA1CE7"/>
    <w:rsid w:val="00BA5CAB"/>
    <w:rsid w:val="00BB11FD"/>
    <w:rsid w:val="00BC5C71"/>
    <w:rsid w:val="00BD35B6"/>
    <w:rsid w:val="00BD4B6E"/>
    <w:rsid w:val="00BD59DF"/>
    <w:rsid w:val="00BE4185"/>
    <w:rsid w:val="00BE56F1"/>
    <w:rsid w:val="00BE7E19"/>
    <w:rsid w:val="00C00373"/>
    <w:rsid w:val="00C02301"/>
    <w:rsid w:val="00C2014E"/>
    <w:rsid w:val="00C22508"/>
    <w:rsid w:val="00C32922"/>
    <w:rsid w:val="00C3691B"/>
    <w:rsid w:val="00C45613"/>
    <w:rsid w:val="00C464FA"/>
    <w:rsid w:val="00C473EE"/>
    <w:rsid w:val="00C47979"/>
    <w:rsid w:val="00C60244"/>
    <w:rsid w:val="00C6135D"/>
    <w:rsid w:val="00C64EFF"/>
    <w:rsid w:val="00C6645B"/>
    <w:rsid w:val="00C72736"/>
    <w:rsid w:val="00C735E4"/>
    <w:rsid w:val="00C84731"/>
    <w:rsid w:val="00C869C3"/>
    <w:rsid w:val="00C92B39"/>
    <w:rsid w:val="00CA311E"/>
    <w:rsid w:val="00CA44FB"/>
    <w:rsid w:val="00CB0664"/>
    <w:rsid w:val="00CB6E67"/>
    <w:rsid w:val="00CC7FB7"/>
    <w:rsid w:val="00CD33DA"/>
    <w:rsid w:val="00CD485A"/>
    <w:rsid w:val="00CD59E1"/>
    <w:rsid w:val="00CE1895"/>
    <w:rsid w:val="00CE5C8C"/>
    <w:rsid w:val="00CF1349"/>
    <w:rsid w:val="00D04351"/>
    <w:rsid w:val="00D073E8"/>
    <w:rsid w:val="00D14A10"/>
    <w:rsid w:val="00D16972"/>
    <w:rsid w:val="00D16981"/>
    <w:rsid w:val="00D2261D"/>
    <w:rsid w:val="00D3041C"/>
    <w:rsid w:val="00D3098A"/>
    <w:rsid w:val="00D3333D"/>
    <w:rsid w:val="00D36975"/>
    <w:rsid w:val="00D41FED"/>
    <w:rsid w:val="00D43783"/>
    <w:rsid w:val="00D46078"/>
    <w:rsid w:val="00D5102E"/>
    <w:rsid w:val="00D51035"/>
    <w:rsid w:val="00D565D3"/>
    <w:rsid w:val="00D61AA4"/>
    <w:rsid w:val="00D65F86"/>
    <w:rsid w:val="00D67427"/>
    <w:rsid w:val="00D706C6"/>
    <w:rsid w:val="00D812C3"/>
    <w:rsid w:val="00D81CB3"/>
    <w:rsid w:val="00D8273F"/>
    <w:rsid w:val="00D82EB6"/>
    <w:rsid w:val="00D8340D"/>
    <w:rsid w:val="00D86F1B"/>
    <w:rsid w:val="00DA197E"/>
    <w:rsid w:val="00DA27DB"/>
    <w:rsid w:val="00DB0298"/>
    <w:rsid w:val="00DB0E6B"/>
    <w:rsid w:val="00DB10ED"/>
    <w:rsid w:val="00DB1686"/>
    <w:rsid w:val="00DB4B55"/>
    <w:rsid w:val="00DC116C"/>
    <w:rsid w:val="00DC5C6A"/>
    <w:rsid w:val="00DE0A46"/>
    <w:rsid w:val="00DE1D34"/>
    <w:rsid w:val="00DE32DC"/>
    <w:rsid w:val="00DE6523"/>
    <w:rsid w:val="00DE6CD5"/>
    <w:rsid w:val="00DE7125"/>
    <w:rsid w:val="00DE7915"/>
    <w:rsid w:val="00E03B1D"/>
    <w:rsid w:val="00E07EC2"/>
    <w:rsid w:val="00E106FD"/>
    <w:rsid w:val="00E22B22"/>
    <w:rsid w:val="00E233F2"/>
    <w:rsid w:val="00E27724"/>
    <w:rsid w:val="00E32A2A"/>
    <w:rsid w:val="00E347D1"/>
    <w:rsid w:val="00E46DB2"/>
    <w:rsid w:val="00E5481D"/>
    <w:rsid w:val="00E63A8D"/>
    <w:rsid w:val="00E65D7A"/>
    <w:rsid w:val="00E705ED"/>
    <w:rsid w:val="00E72745"/>
    <w:rsid w:val="00E756D8"/>
    <w:rsid w:val="00E7702C"/>
    <w:rsid w:val="00E82697"/>
    <w:rsid w:val="00E82F3A"/>
    <w:rsid w:val="00E87E88"/>
    <w:rsid w:val="00E948C7"/>
    <w:rsid w:val="00E96334"/>
    <w:rsid w:val="00EA0E85"/>
    <w:rsid w:val="00EA6EC7"/>
    <w:rsid w:val="00EB6D62"/>
    <w:rsid w:val="00EC31F9"/>
    <w:rsid w:val="00EC7E2C"/>
    <w:rsid w:val="00EE46E9"/>
    <w:rsid w:val="00EE611A"/>
    <w:rsid w:val="00EF00DA"/>
    <w:rsid w:val="00EF2CF4"/>
    <w:rsid w:val="00EF37D1"/>
    <w:rsid w:val="00EF5209"/>
    <w:rsid w:val="00EF7A62"/>
    <w:rsid w:val="00F0049A"/>
    <w:rsid w:val="00F03294"/>
    <w:rsid w:val="00F034DA"/>
    <w:rsid w:val="00F10CFC"/>
    <w:rsid w:val="00F1102F"/>
    <w:rsid w:val="00F12EBC"/>
    <w:rsid w:val="00F15138"/>
    <w:rsid w:val="00F15974"/>
    <w:rsid w:val="00F17D58"/>
    <w:rsid w:val="00F23837"/>
    <w:rsid w:val="00F26DE8"/>
    <w:rsid w:val="00F3348F"/>
    <w:rsid w:val="00F371E4"/>
    <w:rsid w:val="00F378AF"/>
    <w:rsid w:val="00F4532B"/>
    <w:rsid w:val="00F56752"/>
    <w:rsid w:val="00F60774"/>
    <w:rsid w:val="00F6158B"/>
    <w:rsid w:val="00F72887"/>
    <w:rsid w:val="00F82DC0"/>
    <w:rsid w:val="00F857D4"/>
    <w:rsid w:val="00F86EA6"/>
    <w:rsid w:val="00F913BA"/>
    <w:rsid w:val="00F9358C"/>
    <w:rsid w:val="00F9411E"/>
    <w:rsid w:val="00F941A6"/>
    <w:rsid w:val="00F949C5"/>
    <w:rsid w:val="00F951AF"/>
    <w:rsid w:val="00FB0753"/>
    <w:rsid w:val="00FB0BF2"/>
    <w:rsid w:val="00FB2868"/>
    <w:rsid w:val="00FB409C"/>
    <w:rsid w:val="00FB4D9C"/>
    <w:rsid w:val="00FB5744"/>
    <w:rsid w:val="00FB5CF1"/>
    <w:rsid w:val="00FB7B5F"/>
    <w:rsid w:val="00FC25FE"/>
    <w:rsid w:val="00FC693F"/>
    <w:rsid w:val="00FD5D91"/>
    <w:rsid w:val="00FD5E9E"/>
    <w:rsid w:val="00FD7E08"/>
    <w:rsid w:val="00FE5588"/>
    <w:rsid w:val="00FE59AA"/>
    <w:rsid w:val="00FF1552"/>
    <w:rsid w:val="00FF5C42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AAED3"/>
  <w14:defaultImageDpi w14:val="300"/>
  <w15:docId w15:val="{756155AE-F70C-DA4D-97EB-9904CDB8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327"/>
    <w:pPr>
      <w:keepNext/>
      <w:spacing w:before="240" w:after="240" w:line="360" w:lineRule="auto"/>
      <w:outlineLvl w:val="1"/>
    </w:pPr>
    <w:rPr>
      <w:rFonts w:ascii="Arial" w:hAnsi="Arial" w:cs="Arial"/>
      <w:bCs/>
      <w:color w:val="000000" w:themeColor="text1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327"/>
    <w:pPr>
      <w:jc w:val="center"/>
      <w:outlineLvl w:val="0"/>
    </w:pPr>
    <w:rPr>
      <w:b/>
      <w:bCs w:val="0"/>
      <w:sz w:val="32"/>
      <w:szCs w:val="32"/>
    </w:rPr>
  </w:style>
  <w:style w:type="paragraph" w:styleId="Heading2">
    <w:name w:val="heading 2"/>
    <w:basedOn w:val="SectionHeading"/>
    <w:next w:val="Normal"/>
    <w:link w:val="Heading2Char"/>
    <w:uiPriority w:val="9"/>
    <w:unhideWhenUsed/>
    <w:qFormat/>
    <w:rsid w:val="008B1327"/>
    <w:pPr>
      <w:spacing w:line="360" w:lineRule="auto"/>
      <w:outlineLvl w:val="1"/>
    </w:pPr>
    <w:rPr>
      <w:rFonts w:cs="Arial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Lines/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B1327"/>
    <w:rPr>
      <w:rFonts w:ascii="Arial" w:hAnsi="Arial" w:cs="Arial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1327"/>
    <w:rPr>
      <w:rFonts w:ascii="Arial" w:hAnsi="Arial" w:cs="Arial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 w:val="0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verTitle">
    <w:name w:val="Cover Title"/>
    <w:pPr>
      <w:spacing w:after="400"/>
      <w:jc w:val="center"/>
    </w:pPr>
    <w:rPr>
      <w:rFonts w:ascii="Arial" w:hAnsi="Arial"/>
      <w:b/>
      <w:color w:val="1E3A8A"/>
      <w:sz w:val="56"/>
    </w:rPr>
  </w:style>
  <w:style w:type="paragraph" w:customStyle="1" w:styleId="CoverSubtitle">
    <w:name w:val="Cover Subtitle"/>
    <w:pPr>
      <w:spacing w:after="300"/>
      <w:jc w:val="center"/>
    </w:pPr>
    <w:rPr>
      <w:rFonts w:ascii="Arial" w:hAnsi="Arial"/>
      <w:b/>
      <w:color w:val="1E3A8A"/>
      <w:sz w:val="40"/>
    </w:rPr>
  </w:style>
  <w:style w:type="paragraph" w:customStyle="1" w:styleId="CoverBody">
    <w:name w:val="Cover Body"/>
    <w:pPr>
      <w:spacing w:line="336" w:lineRule="auto"/>
    </w:pPr>
    <w:rPr>
      <w:rFonts w:ascii="Arial" w:hAnsi="Arial"/>
      <w:sz w:val="28"/>
    </w:rPr>
  </w:style>
  <w:style w:type="paragraph" w:customStyle="1" w:styleId="CoverFooter">
    <w:name w:val="Cover Footer"/>
    <w:pPr>
      <w:spacing w:after="240"/>
      <w:jc w:val="center"/>
    </w:pPr>
    <w:rPr>
      <w:rFonts w:ascii="Arial" w:hAnsi="Arial"/>
      <w:b/>
      <w:color w:val="1E3A8A"/>
      <w:sz w:val="32"/>
    </w:rPr>
  </w:style>
  <w:style w:type="paragraph" w:customStyle="1" w:styleId="MajorHeading">
    <w:name w:val="Major Heading"/>
    <w:pPr>
      <w:spacing w:before="400"/>
      <w:jc w:val="center"/>
    </w:pPr>
    <w:rPr>
      <w:rFonts w:ascii="Arial" w:hAnsi="Arial"/>
      <w:b/>
      <w:color w:val="1E3A8A"/>
      <w:sz w:val="44"/>
    </w:rPr>
  </w:style>
  <w:style w:type="paragraph" w:customStyle="1" w:styleId="SectionHeading">
    <w:name w:val="Section Heading"/>
    <w:pPr>
      <w:keepNext/>
      <w:spacing w:before="240" w:after="240"/>
    </w:pPr>
    <w:rPr>
      <w:rFonts w:ascii="Arial" w:hAnsi="Arial"/>
      <w:b/>
      <w:color w:val="1E3A8A"/>
      <w:sz w:val="36"/>
    </w:rPr>
  </w:style>
  <w:style w:type="paragraph" w:customStyle="1" w:styleId="EasyReadSubheading">
    <w:name w:val="Easy Read Subheading"/>
    <w:pPr>
      <w:spacing w:before="160" w:after="160"/>
    </w:pPr>
    <w:rPr>
      <w:rFonts w:ascii="Arial" w:hAnsi="Arial"/>
      <w:b/>
      <w:sz w:val="28"/>
    </w:rPr>
  </w:style>
  <w:style w:type="paragraph" w:customStyle="1" w:styleId="EasyReadBody">
    <w:name w:val="Easy Read Body"/>
    <w:pPr>
      <w:spacing w:after="240" w:line="336" w:lineRule="auto"/>
    </w:pPr>
    <w:rPr>
      <w:rFonts w:ascii="Arial" w:hAnsi="Arial"/>
      <w:sz w:val="32"/>
    </w:rPr>
  </w:style>
  <w:style w:type="paragraph" w:customStyle="1" w:styleId="EasyReadBullet">
    <w:name w:val="Easy Read Bullet"/>
    <w:pPr>
      <w:spacing w:after="160" w:line="336" w:lineRule="auto"/>
      <w:ind w:left="432"/>
    </w:pPr>
    <w:rPr>
      <w:rFonts w:ascii="Arial" w:hAnsi="Arial"/>
      <w:sz w:val="32"/>
    </w:rPr>
  </w:style>
  <w:style w:type="paragraph" w:customStyle="1" w:styleId="FooterText">
    <w:name w:val="Footer Text"/>
    <w:pPr>
      <w:jc w:val="center"/>
    </w:pPr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A77A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hyperlink" Target="mailto:PSL@lothiancil.org.uk" TargetMode="External" /><Relationship Id="rId26" Type="http://schemas.openxmlformats.org/officeDocument/2006/relationships/image" Target="media/image16.png" /><Relationship Id="rId39" Type="http://schemas.openxmlformats.org/officeDocument/2006/relationships/image" Target="media/image29.jpeg" /><Relationship Id="rId3" Type="http://schemas.openxmlformats.org/officeDocument/2006/relationships/styles" Target="styles.xml" /><Relationship Id="rId21" Type="http://schemas.openxmlformats.org/officeDocument/2006/relationships/image" Target="media/image11.tmp" /><Relationship Id="rId34" Type="http://schemas.openxmlformats.org/officeDocument/2006/relationships/image" Target="media/image24.tmp" /><Relationship Id="rId42" Type="http://schemas.openxmlformats.org/officeDocument/2006/relationships/image" Target="media/image32.tmp" /><Relationship Id="rId47" Type="http://schemas.openxmlformats.org/officeDocument/2006/relationships/hyperlink" Target="http://www.lothiancil.org.uk/make-a-donation/support-us/" TargetMode="External" /><Relationship Id="rId50" Type="http://schemas.openxmlformats.org/officeDocument/2006/relationships/hyperlink" Target="http://www.lothiancil.org.uk" TargetMode="External" /><Relationship Id="rId7" Type="http://schemas.openxmlformats.org/officeDocument/2006/relationships/endnotes" Target="endnotes.xml" /><Relationship Id="rId12" Type="http://schemas.openxmlformats.org/officeDocument/2006/relationships/hyperlink" Target="mailto:Communications@lothiancil.org.uk" TargetMode="External" /><Relationship Id="rId17" Type="http://schemas.openxmlformats.org/officeDocument/2006/relationships/hyperlink" Target="https://www.eventbrite.co.uk/o/lcil-105595301911" TargetMode="External" /><Relationship Id="rId25" Type="http://schemas.openxmlformats.org/officeDocument/2006/relationships/image" Target="media/image15.jpg" /><Relationship Id="rId33" Type="http://schemas.openxmlformats.org/officeDocument/2006/relationships/image" Target="media/image23.tmp" /><Relationship Id="rId38" Type="http://schemas.openxmlformats.org/officeDocument/2006/relationships/image" Target="media/image28.png" /><Relationship Id="rId46" Type="http://schemas.openxmlformats.org/officeDocument/2006/relationships/image" Target="media/image35.tmp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0.tmp" /><Relationship Id="rId29" Type="http://schemas.openxmlformats.org/officeDocument/2006/relationships/image" Target="media/image19.png" /><Relationship Id="rId41" Type="http://schemas.openxmlformats.org/officeDocument/2006/relationships/image" Target="media/image31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mp" /><Relationship Id="rId24" Type="http://schemas.openxmlformats.org/officeDocument/2006/relationships/image" Target="media/image14.jpg" /><Relationship Id="rId32" Type="http://schemas.openxmlformats.org/officeDocument/2006/relationships/image" Target="media/image22.png" /><Relationship Id="rId37" Type="http://schemas.openxmlformats.org/officeDocument/2006/relationships/image" Target="media/image27.png" /><Relationship Id="rId40" Type="http://schemas.openxmlformats.org/officeDocument/2006/relationships/image" Target="media/image30.jpeg" /><Relationship Id="rId45" Type="http://schemas.openxmlformats.org/officeDocument/2006/relationships/image" Target="media/image34.png" /><Relationship Id="rId53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3.tmp" /><Relationship Id="rId28" Type="http://schemas.openxmlformats.org/officeDocument/2006/relationships/image" Target="media/image18.png" /><Relationship Id="rId36" Type="http://schemas.openxmlformats.org/officeDocument/2006/relationships/image" Target="media/image26.png" /><Relationship Id="rId49" Type="http://schemas.openxmlformats.org/officeDocument/2006/relationships/image" Target="media/image37.tmp" /><Relationship Id="rId10" Type="http://schemas.openxmlformats.org/officeDocument/2006/relationships/image" Target="media/image3.jpeg" /><Relationship Id="rId19" Type="http://schemas.openxmlformats.org/officeDocument/2006/relationships/image" Target="media/image9.jpeg" /><Relationship Id="rId31" Type="http://schemas.openxmlformats.org/officeDocument/2006/relationships/image" Target="media/image21.png" /><Relationship Id="rId44" Type="http://schemas.openxmlformats.org/officeDocument/2006/relationships/image" Target="media/image33.jpeg" /><Relationship Id="rId52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tmp" /><Relationship Id="rId22" Type="http://schemas.openxmlformats.org/officeDocument/2006/relationships/image" Target="media/image12.tmp" /><Relationship Id="rId27" Type="http://schemas.openxmlformats.org/officeDocument/2006/relationships/image" Target="media/image17.jpeg" /><Relationship Id="rId30" Type="http://schemas.openxmlformats.org/officeDocument/2006/relationships/image" Target="media/image20.jpeg" /><Relationship Id="rId35" Type="http://schemas.openxmlformats.org/officeDocument/2006/relationships/image" Target="media/image25.png" /><Relationship Id="rId43" Type="http://schemas.openxmlformats.org/officeDocument/2006/relationships/hyperlink" Target="http://www.sarahburchettcook.co.uk" TargetMode="External" /><Relationship Id="rId48" Type="http://schemas.openxmlformats.org/officeDocument/2006/relationships/image" Target="media/image36.tmp" /><Relationship Id="rId8" Type="http://schemas.openxmlformats.org/officeDocument/2006/relationships/image" Target="media/image1.jpeg" /><Relationship Id="rId51" Type="http://schemas.openxmlformats.org/officeDocument/2006/relationships/hyperlink" Target="mailto:admin@lothiancil.org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LCiL News</vt:lpstr>
    </vt:vector>
  </TitlesOfParts>
  <Manager/>
  <Company/>
  <LinksUpToDate>false</LinksUpToDate>
  <CharactersWithSpaces>6259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LCiL News</dc:title>
  <dc:subject>Easy Read Format Document - Enhanced Accessibility</dc:subject>
  <dc:creator>Claru - Easy Read Converter</dc:creator>
  <cp:keywords>Easy Read, UKAAF, Accessibility, Learning Disabilities, Enhanced Readability</cp:keywords>
  <dc:description>generated by python-docx</dc:description>
  <cp:lastModifiedBy>Steve Perry</cp:lastModifiedBy>
  <cp:revision>2</cp:revision>
  <dcterms:created xsi:type="dcterms:W3CDTF">2026-02-03T12:33:00Z</dcterms:created>
  <dcterms:modified xsi:type="dcterms:W3CDTF">2026-02-03T12:33:00Z</dcterms:modified>
  <cp:category/>
</cp:coreProperties>
</file>